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643415" w14:textId="24883F16" w:rsidR="00CA75F7" w:rsidRPr="008A711B" w:rsidRDefault="00482654" w:rsidP="00482654">
      <w:pPr>
        <w:rPr>
          <w:color w:val="000000" w:themeColor="text1"/>
        </w:rPr>
      </w:pPr>
      <w:r w:rsidRPr="008A711B">
        <w:rPr>
          <w:rFonts w:ascii="Arial" w:hAnsi="Arial" w:cs="Arial"/>
          <w:color w:val="000000" w:themeColor="text1"/>
        </w:rPr>
        <w:t xml:space="preserve">This is simple template to help hosts and sitters start the house sit with clear expectations.  </w:t>
      </w:r>
      <w:r w:rsidR="00542191" w:rsidRPr="008A711B">
        <w:rPr>
          <w:rFonts w:ascii="Arial" w:hAnsi="Arial" w:cs="Arial"/>
          <w:i/>
          <w:iCs/>
          <w:color w:val="000000" w:themeColor="text1"/>
        </w:rPr>
        <w:t>It is expected you will</w:t>
      </w:r>
      <w:r w:rsidRPr="008A711B">
        <w:rPr>
          <w:rFonts w:ascii="Arial" w:hAnsi="Arial" w:cs="Arial"/>
          <w:i/>
          <w:iCs/>
          <w:color w:val="000000" w:themeColor="text1"/>
        </w:rPr>
        <w:t xml:space="preserve"> amend it as needed to reflect your concerns and your particular situation.</w:t>
      </w:r>
      <w:r w:rsidRPr="008A711B">
        <w:rPr>
          <w:rFonts w:ascii="Arial" w:hAnsi="Arial" w:cs="Arial"/>
          <w:color w:val="000000" w:themeColor="text1"/>
        </w:rPr>
        <w:t xml:space="preserve">  If you wish to have a more formal document, please consult an attorney.</w:t>
      </w:r>
      <w:r w:rsidRPr="008A711B">
        <w:rPr>
          <w:color w:val="000000" w:themeColor="text1"/>
        </w:rPr>
        <w:br/>
      </w:r>
      <w:r w:rsidRPr="008A711B">
        <w:rPr>
          <w:color w:val="000000" w:themeColor="text1"/>
        </w:rPr>
        <w:br/>
      </w:r>
      <w:r w:rsidR="00542191" w:rsidRPr="008A711B">
        <w:rPr>
          <w:rFonts w:ascii="Arial" w:hAnsi="Arial" w:cs="Arial"/>
          <w:b/>
          <w:bCs/>
          <w:color w:val="000000" w:themeColor="text1"/>
          <w:sz w:val="32"/>
          <w:szCs w:val="32"/>
        </w:rPr>
        <w:t xml:space="preserve">Sample </w:t>
      </w:r>
      <w:r w:rsidRPr="008A711B">
        <w:rPr>
          <w:rFonts w:ascii="Arial" w:hAnsi="Arial" w:cs="Arial"/>
          <w:b/>
          <w:bCs/>
          <w:color w:val="000000" w:themeColor="text1"/>
          <w:sz w:val="32"/>
          <w:szCs w:val="32"/>
        </w:rPr>
        <w:t>House &amp; Pet Sitting Agreement</w:t>
      </w:r>
    </w:p>
    <w:p w14:paraId="274D6FAA" w14:textId="789A842E"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H</w:t>
      </w:r>
      <w:r w:rsidR="00E03738" w:rsidRPr="008A711B">
        <w:rPr>
          <w:rFonts w:ascii="Arial" w:hAnsi="Arial" w:cs="Arial"/>
          <w:color w:val="000000" w:themeColor="text1"/>
        </w:rPr>
        <w:t>ost</w:t>
      </w:r>
      <w:r w:rsidRPr="008A711B">
        <w:rPr>
          <w:rFonts w:ascii="Arial" w:hAnsi="Arial" w:cs="Arial"/>
          <w:color w:val="000000" w:themeColor="text1"/>
        </w:rPr>
        <w:t>s</w:t>
      </w:r>
    </w:p>
    <w:p w14:paraId="60C1A34C" w14:textId="05869C78" w:rsidR="00CA75F7" w:rsidRPr="008A711B" w:rsidRDefault="00000000">
      <w:pPr>
        <w:rPr>
          <w:rFonts w:ascii="Arial" w:hAnsi="Arial" w:cs="Arial"/>
          <w:color w:val="000000" w:themeColor="text1"/>
        </w:rPr>
      </w:pPr>
      <w:r w:rsidRPr="008A711B">
        <w:rPr>
          <w:rFonts w:ascii="Arial" w:hAnsi="Arial" w:cs="Arial"/>
          <w:color w:val="000000" w:themeColor="text1"/>
        </w:rPr>
        <w:t>Name(s): __________________________________________</w:t>
      </w:r>
      <w:r w:rsidR="00352B11" w:rsidRPr="008A711B">
        <w:rPr>
          <w:rFonts w:ascii="Arial" w:hAnsi="Arial" w:cs="Arial"/>
          <w:color w:val="000000" w:themeColor="text1"/>
        </w:rPr>
        <w:t>____________________________</w:t>
      </w:r>
      <w:r w:rsidR="00C63795" w:rsidRPr="008A711B">
        <w:rPr>
          <w:rFonts w:ascii="Arial" w:hAnsi="Arial" w:cs="Arial"/>
          <w:color w:val="000000" w:themeColor="text1"/>
        </w:rPr>
        <w:br/>
      </w:r>
      <w:r w:rsidR="003006A1" w:rsidRPr="008A711B">
        <w:rPr>
          <w:rFonts w:ascii="Arial" w:hAnsi="Arial" w:cs="Arial"/>
          <w:color w:val="000000" w:themeColor="text1"/>
        </w:rPr>
        <w:br/>
      </w:r>
      <w:r w:rsidR="00C63795" w:rsidRPr="008A711B">
        <w:rPr>
          <w:rFonts w:ascii="Arial" w:hAnsi="Arial" w:cs="Arial"/>
          <w:color w:val="000000" w:themeColor="text1"/>
        </w:rPr>
        <w:t>Cell Phone</w:t>
      </w:r>
      <w:r w:rsidR="003E410F" w:rsidRPr="008A711B">
        <w:rPr>
          <w:rFonts w:ascii="Arial" w:hAnsi="Arial" w:cs="Arial"/>
          <w:color w:val="000000" w:themeColor="text1"/>
        </w:rPr>
        <w:t>/s</w:t>
      </w:r>
      <w:r w:rsidR="00C63795" w:rsidRPr="008A711B">
        <w:rPr>
          <w:rFonts w:ascii="Arial" w:hAnsi="Arial" w:cs="Arial"/>
          <w:color w:val="000000" w:themeColor="text1"/>
        </w:rPr>
        <w:t>: _________________________</w:t>
      </w:r>
      <w:r w:rsidR="00352B11" w:rsidRPr="008A711B">
        <w:rPr>
          <w:rFonts w:ascii="Arial" w:hAnsi="Arial" w:cs="Arial"/>
          <w:color w:val="000000" w:themeColor="text1"/>
        </w:rPr>
        <w:t>__________________________________</w:t>
      </w:r>
      <w:r w:rsidR="003006A1" w:rsidRPr="008A711B">
        <w:rPr>
          <w:rFonts w:ascii="Arial" w:hAnsi="Arial" w:cs="Arial"/>
          <w:color w:val="000000" w:themeColor="text1"/>
        </w:rPr>
        <w:t>_______</w:t>
      </w:r>
      <w:r w:rsidR="00352B11" w:rsidRPr="008A711B">
        <w:rPr>
          <w:rFonts w:ascii="Arial" w:hAnsi="Arial" w:cs="Arial"/>
          <w:color w:val="000000" w:themeColor="text1"/>
        </w:rPr>
        <w:t>___</w:t>
      </w:r>
      <w:r w:rsidR="00C63795" w:rsidRPr="008A711B">
        <w:rPr>
          <w:rFonts w:ascii="Arial" w:hAnsi="Arial" w:cs="Arial"/>
          <w:color w:val="000000" w:themeColor="text1"/>
        </w:rPr>
        <w:t>_</w:t>
      </w:r>
      <w:r w:rsidR="00C63795" w:rsidRPr="008A711B">
        <w:rPr>
          <w:rFonts w:ascii="Arial" w:hAnsi="Arial" w:cs="Arial"/>
          <w:color w:val="000000" w:themeColor="text1"/>
        </w:rPr>
        <w:br/>
      </w:r>
      <w:r w:rsidR="003006A1" w:rsidRPr="008A711B">
        <w:rPr>
          <w:rFonts w:ascii="Arial" w:hAnsi="Arial" w:cs="Arial"/>
          <w:color w:val="000000" w:themeColor="text1"/>
        </w:rPr>
        <w:br/>
      </w:r>
      <w:r w:rsidR="00C63795" w:rsidRPr="008A711B">
        <w:rPr>
          <w:rFonts w:ascii="Arial" w:hAnsi="Arial" w:cs="Arial"/>
          <w:color w:val="000000" w:themeColor="text1"/>
        </w:rPr>
        <w:t>Email: ___________________________________</w:t>
      </w:r>
      <w:r w:rsidR="00352B11" w:rsidRPr="008A711B">
        <w:rPr>
          <w:rFonts w:ascii="Arial" w:hAnsi="Arial" w:cs="Arial"/>
          <w:color w:val="000000" w:themeColor="text1"/>
        </w:rPr>
        <w:t>___________________________________</w:t>
      </w:r>
      <w:r w:rsidR="00C63795" w:rsidRPr="008A711B">
        <w:rPr>
          <w:rFonts w:ascii="Arial" w:hAnsi="Arial" w:cs="Arial"/>
          <w:color w:val="000000" w:themeColor="text1"/>
        </w:rPr>
        <w:br/>
      </w:r>
      <w:r w:rsidR="003006A1" w:rsidRPr="008A711B">
        <w:rPr>
          <w:rFonts w:ascii="Arial" w:hAnsi="Arial" w:cs="Arial"/>
          <w:color w:val="000000" w:themeColor="text1"/>
        </w:rPr>
        <w:br/>
      </w:r>
      <w:r w:rsidR="00352B11" w:rsidRPr="008A711B">
        <w:rPr>
          <w:rFonts w:ascii="Arial" w:hAnsi="Arial" w:cs="Arial"/>
          <w:color w:val="000000" w:themeColor="text1"/>
        </w:rPr>
        <w:t>Emergency Contact</w:t>
      </w:r>
      <w:r w:rsidR="00C63795" w:rsidRPr="008A711B">
        <w:rPr>
          <w:rFonts w:ascii="Arial" w:hAnsi="Arial" w:cs="Arial"/>
          <w:color w:val="000000" w:themeColor="text1"/>
        </w:rPr>
        <w:t>: _________________________</w:t>
      </w:r>
      <w:r w:rsidR="00352B11" w:rsidRPr="008A711B">
        <w:rPr>
          <w:rFonts w:ascii="Arial" w:hAnsi="Arial" w:cs="Arial"/>
          <w:color w:val="000000" w:themeColor="text1"/>
        </w:rPr>
        <w:t>________________________</w:t>
      </w:r>
      <w:r w:rsidR="00C63795" w:rsidRPr="008A711B">
        <w:rPr>
          <w:rFonts w:ascii="Arial" w:hAnsi="Arial" w:cs="Arial"/>
          <w:color w:val="000000" w:themeColor="text1"/>
        </w:rPr>
        <w:t>_________________</w:t>
      </w:r>
      <w:r w:rsidR="00C63795" w:rsidRPr="008A711B">
        <w:rPr>
          <w:rFonts w:ascii="Arial" w:hAnsi="Arial" w:cs="Arial"/>
          <w:color w:val="000000" w:themeColor="text1"/>
        </w:rPr>
        <w:br/>
      </w:r>
    </w:p>
    <w:p w14:paraId="7FA292F1"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House Sitters</w:t>
      </w:r>
    </w:p>
    <w:p w14:paraId="0ACEFA5E" w14:textId="4167AF2E" w:rsidR="00542191" w:rsidRPr="008A711B" w:rsidRDefault="00352B11">
      <w:pPr>
        <w:rPr>
          <w:rFonts w:ascii="Arial" w:hAnsi="Arial" w:cs="Arial"/>
          <w:color w:val="000000" w:themeColor="text1"/>
        </w:rPr>
      </w:pPr>
      <w:r w:rsidRPr="008A711B">
        <w:rPr>
          <w:rFonts w:ascii="Arial" w:hAnsi="Arial" w:cs="Arial"/>
          <w:color w:val="000000" w:themeColor="text1"/>
        </w:rPr>
        <w:t>Name(s): ______________________________________________________________________</w:t>
      </w:r>
      <w:r w:rsidRPr="008A711B">
        <w:rPr>
          <w:rFonts w:ascii="Arial" w:hAnsi="Arial" w:cs="Arial"/>
          <w:color w:val="000000" w:themeColor="text1"/>
        </w:rPr>
        <w:br/>
      </w:r>
      <w:r w:rsidR="003006A1" w:rsidRPr="008A711B">
        <w:rPr>
          <w:rFonts w:ascii="Arial" w:hAnsi="Arial" w:cs="Arial"/>
          <w:color w:val="000000" w:themeColor="text1"/>
        </w:rPr>
        <w:br/>
      </w:r>
      <w:r w:rsidRPr="008A711B">
        <w:rPr>
          <w:rFonts w:ascii="Arial" w:hAnsi="Arial" w:cs="Arial"/>
          <w:color w:val="000000" w:themeColor="text1"/>
        </w:rPr>
        <w:t>Cell Phone</w:t>
      </w:r>
      <w:r w:rsidR="003E410F" w:rsidRPr="008A711B">
        <w:rPr>
          <w:rFonts w:ascii="Arial" w:hAnsi="Arial" w:cs="Arial"/>
          <w:color w:val="000000" w:themeColor="text1"/>
        </w:rPr>
        <w:t>/s</w:t>
      </w:r>
      <w:r w:rsidRPr="008A711B">
        <w:rPr>
          <w:rFonts w:ascii="Arial" w:hAnsi="Arial" w:cs="Arial"/>
          <w:color w:val="000000" w:themeColor="text1"/>
        </w:rPr>
        <w:t>: _______________________________________________</w:t>
      </w:r>
      <w:r w:rsidR="003006A1" w:rsidRPr="008A711B">
        <w:rPr>
          <w:rFonts w:ascii="Arial" w:hAnsi="Arial" w:cs="Arial"/>
          <w:color w:val="000000" w:themeColor="text1"/>
        </w:rPr>
        <w:t>_______</w:t>
      </w:r>
      <w:r w:rsidRPr="008A711B">
        <w:rPr>
          <w:rFonts w:ascii="Arial" w:hAnsi="Arial" w:cs="Arial"/>
          <w:color w:val="000000" w:themeColor="text1"/>
        </w:rPr>
        <w:t>________________</w:t>
      </w:r>
      <w:r w:rsidRPr="008A711B">
        <w:rPr>
          <w:rFonts w:ascii="Arial" w:hAnsi="Arial" w:cs="Arial"/>
          <w:color w:val="000000" w:themeColor="text1"/>
        </w:rPr>
        <w:br/>
      </w:r>
      <w:r w:rsidR="003006A1" w:rsidRPr="008A711B">
        <w:rPr>
          <w:rFonts w:ascii="Arial" w:hAnsi="Arial" w:cs="Arial"/>
          <w:color w:val="000000" w:themeColor="text1"/>
        </w:rPr>
        <w:br/>
      </w:r>
      <w:r w:rsidRPr="008A711B">
        <w:rPr>
          <w:rFonts w:ascii="Arial" w:hAnsi="Arial" w:cs="Arial"/>
          <w:color w:val="000000" w:themeColor="text1"/>
        </w:rPr>
        <w:t>Email: ______________________________________________________________________</w:t>
      </w:r>
      <w:r w:rsidR="003006A1" w:rsidRPr="008A711B">
        <w:rPr>
          <w:rFonts w:ascii="Arial" w:hAnsi="Arial" w:cs="Arial"/>
          <w:color w:val="000000" w:themeColor="text1"/>
        </w:rPr>
        <w:br/>
      </w:r>
      <w:r w:rsidRPr="008A711B">
        <w:rPr>
          <w:rFonts w:ascii="Arial" w:hAnsi="Arial" w:cs="Arial"/>
          <w:color w:val="000000" w:themeColor="text1"/>
        </w:rPr>
        <w:br/>
        <w:t>Emergency Contact: _____________________________________________________________</w:t>
      </w:r>
      <w:r w:rsidR="00A23980" w:rsidRPr="008A711B">
        <w:rPr>
          <w:rFonts w:ascii="Arial" w:hAnsi="Arial" w:cs="Arial"/>
          <w:color w:val="000000" w:themeColor="text1"/>
        </w:rPr>
        <w:t>__</w:t>
      </w:r>
      <w:r w:rsidRPr="008A711B">
        <w:rPr>
          <w:rFonts w:ascii="Arial" w:hAnsi="Arial" w:cs="Arial"/>
          <w:color w:val="000000" w:themeColor="text1"/>
        </w:rPr>
        <w:t>___</w:t>
      </w:r>
      <w:r w:rsidR="00A23980" w:rsidRPr="008A711B">
        <w:rPr>
          <w:rFonts w:ascii="Arial" w:hAnsi="Arial" w:cs="Arial"/>
          <w:color w:val="000000" w:themeColor="text1"/>
        </w:rPr>
        <w:t>_</w:t>
      </w:r>
      <w:r w:rsidRPr="008A711B">
        <w:rPr>
          <w:rFonts w:ascii="Arial" w:hAnsi="Arial" w:cs="Arial"/>
          <w:color w:val="000000" w:themeColor="text1"/>
        </w:rPr>
        <w:t>__</w:t>
      </w:r>
      <w:r w:rsidR="00C63795" w:rsidRPr="008A711B">
        <w:rPr>
          <w:rFonts w:ascii="Arial" w:hAnsi="Arial" w:cs="Arial"/>
          <w:color w:val="000000" w:themeColor="text1"/>
        </w:rPr>
        <w:br/>
      </w:r>
    </w:p>
    <w:p w14:paraId="6F1A3BBD"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1. The House Sit</w:t>
      </w:r>
    </w:p>
    <w:p w14:paraId="5C72BC3E" w14:textId="6B516D84" w:rsidR="00CA75F7" w:rsidRPr="008A711B" w:rsidRDefault="00000000">
      <w:pPr>
        <w:rPr>
          <w:rFonts w:ascii="Arial" w:hAnsi="Arial" w:cs="Arial"/>
          <w:color w:val="000000" w:themeColor="text1"/>
        </w:rPr>
      </w:pPr>
      <w:r w:rsidRPr="008A711B">
        <w:rPr>
          <w:rFonts w:ascii="Arial" w:hAnsi="Arial" w:cs="Arial"/>
          <w:color w:val="000000" w:themeColor="text1"/>
        </w:rPr>
        <w:t>The ho</w:t>
      </w:r>
      <w:r w:rsidR="00E03738" w:rsidRPr="008A711B">
        <w:rPr>
          <w:rFonts w:ascii="Arial" w:hAnsi="Arial" w:cs="Arial"/>
          <w:color w:val="000000" w:themeColor="text1"/>
        </w:rPr>
        <w:t>sts</w:t>
      </w:r>
      <w:r w:rsidRPr="008A711B">
        <w:rPr>
          <w:rFonts w:ascii="Arial" w:hAnsi="Arial" w:cs="Arial"/>
          <w:color w:val="000000" w:themeColor="text1"/>
        </w:rPr>
        <w:t xml:space="preserve"> are welcoming the house sitters into their home while they are away. In exchange for having a place to stay, the sitters agree to look after the home and pets and to follow the arrangements described here. There is no payment for the house-sitting services</w:t>
      </w:r>
      <w:r w:rsidR="00E03738" w:rsidRPr="008A711B">
        <w:rPr>
          <w:rFonts w:ascii="Arial" w:hAnsi="Arial" w:cs="Arial"/>
          <w:color w:val="000000" w:themeColor="text1"/>
        </w:rPr>
        <w:t>.</w:t>
      </w:r>
      <w:r w:rsidR="00AF349B" w:rsidRPr="008A711B">
        <w:rPr>
          <w:rFonts w:ascii="Arial" w:hAnsi="Arial" w:cs="Arial"/>
          <w:color w:val="000000" w:themeColor="text1"/>
        </w:rPr>
        <w:t xml:space="preserve">  Hosts are either the owners of the home or have the right to have house sitters for this time period.</w:t>
      </w:r>
    </w:p>
    <w:p w14:paraId="38AC76A8" w14:textId="5909A97B" w:rsidR="00CA75F7" w:rsidRPr="008A711B" w:rsidRDefault="00000000">
      <w:pPr>
        <w:pStyle w:val="Heading1"/>
        <w:rPr>
          <w:rFonts w:ascii="Arial" w:hAnsi="Arial" w:cs="Arial"/>
          <w:color w:val="000000" w:themeColor="text1"/>
        </w:rPr>
      </w:pPr>
      <w:r w:rsidRPr="008A711B">
        <w:rPr>
          <w:rFonts w:ascii="Arial" w:hAnsi="Arial" w:cs="Arial"/>
          <w:color w:val="000000" w:themeColor="text1"/>
        </w:rPr>
        <w:lastRenderedPageBreak/>
        <w:t>2. Dates</w:t>
      </w:r>
      <w:r w:rsidR="00542191" w:rsidRPr="008A711B">
        <w:rPr>
          <w:rFonts w:ascii="Arial" w:hAnsi="Arial" w:cs="Arial"/>
          <w:color w:val="000000" w:themeColor="text1"/>
        </w:rPr>
        <w:t xml:space="preserve"> of the Assignment</w:t>
      </w:r>
      <w:r w:rsidR="00542191" w:rsidRPr="008A711B">
        <w:rPr>
          <w:rFonts w:ascii="Arial" w:hAnsi="Arial" w:cs="Arial"/>
          <w:color w:val="000000" w:themeColor="text1"/>
        </w:rPr>
        <w:br/>
      </w:r>
    </w:p>
    <w:p w14:paraId="4B50E698" w14:textId="592F3C92" w:rsidR="00CA75F7" w:rsidRPr="008A711B" w:rsidRDefault="00000000">
      <w:pPr>
        <w:rPr>
          <w:rFonts w:ascii="Arial" w:hAnsi="Arial" w:cs="Arial"/>
          <w:color w:val="000000" w:themeColor="text1"/>
        </w:rPr>
      </w:pPr>
      <w:r w:rsidRPr="008A711B">
        <w:rPr>
          <w:rFonts w:ascii="Arial" w:hAnsi="Arial" w:cs="Arial"/>
          <w:color w:val="000000" w:themeColor="text1"/>
        </w:rPr>
        <w:t>Arrival date: ____________________</w:t>
      </w:r>
      <w:r w:rsidR="00F14AC9" w:rsidRPr="008A711B">
        <w:rPr>
          <w:rFonts w:ascii="Arial" w:hAnsi="Arial" w:cs="Arial"/>
          <w:color w:val="000000" w:themeColor="text1"/>
        </w:rPr>
        <w:t>________</w:t>
      </w:r>
      <w:r w:rsidR="00482654" w:rsidRPr="008A711B">
        <w:rPr>
          <w:rFonts w:ascii="Arial" w:hAnsi="Arial" w:cs="Arial"/>
          <w:color w:val="000000" w:themeColor="text1"/>
        </w:rPr>
        <w:t xml:space="preserve"> </w:t>
      </w:r>
      <w:r w:rsidRPr="008A711B">
        <w:rPr>
          <w:rFonts w:ascii="Arial" w:hAnsi="Arial" w:cs="Arial"/>
          <w:color w:val="000000" w:themeColor="text1"/>
        </w:rPr>
        <w:t>Approx. time:______</w:t>
      </w:r>
      <w:r w:rsidR="00F14AC9" w:rsidRPr="008A711B">
        <w:rPr>
          <w:rFonts w:ascii="Arial" w:hAnsi="Arial" w:cs="Arial"/>
          <w:color w:val="000000" w:themeColor="text1"/>
        </w:rPr>
        <w:t>_________</w:t>
      </w:r>
      <w:r w:rsidRPr="008A711B">
        <w:rPr>
          <w:rFonts w:ascii="Arial" w:hAnsi="Arial" w:cs="Arial"/>
          <w:color w:val="000000" w:themeColor="text1"/>
        </w:rPr>
        <w:t>____</w:t>
      </w:r>
      <w:r w:rsidR="003006A1" w:rsidRPr="008A711B">
        <w:rPr>
          <w:rFonts w:ascii="Arial" w:hAnsi="Arial" w:cs="Arial"/>
          <w:color w:val="000000" w:themeColor="text1"/>
        </w:rPr>
        <w:br/>
      </w:r>
      <w:r w:rsidRPr="008A711B">
        <w:rPr>
          <w:rFonts w:ascii="Arial" w:hAnsi="Arial" w:cs="Arial"/>
          <w:color w:val="000000" w:themeColor="text1"/>
        </w:rPr>
        <w:br/>
        <w:t>Departure date: ___________________</w:t>
      </w:r>
      <w:r w:rsidR="00F14AC9" w:rsidRPr="008A711B">
        <w:rPr>
          <w:rFonts w:ascii="Arial" w:hAnsi="Arial" w:cs="Arial"/>
          <w:color w:val="000000" w:themeColor="text1"/>
        </w:rPr>
        <w:t>______</w:t>
      </w:r>
      <w:r w:rsidR="00482654" w:rsidRPr="008A711B">
        <w:rPr>
          <w:rFonts w:ascii="Arial" w:hAnsi="Arial" w:cs="Arial"/>
          <w:color w:val="000000" w:themeColor="text1"/>
        </w:rPr>
        <w:t xml:space="preserve">_ </w:t>
      </w:r>
      <w:r w:rsidRPr="008A711B">
        <w:rPr>
          <w:rFonts w:ascii="Arial" w:hAnsi="Arial" w:cs="Arial"/>
          <w:color w:val="000000" w:themeColor="text1"/>
        </w:rPr>
        <w:t>Approx. time: ______</w:t>
      </w:r>
      <w:r w:rsidR="00F14AC9" w:rsidRPr="008A711B">
        <w:rPr>
          <w:rFonts w:ascii="Arial" w:hAnsi="Arial" w:cs="Arial"/>
          <w:color w:val="000000" w:themeColor="text1"/>
        </w:rPr>
        <w:t>_________</w:t>
      </w:r>
      <w:r w:rsidRPr="008A711B">
        <w:rPr>
          <w:rFonts w:ascii="Arial" w:hAnsi="Arial" w:cs="Arial"/>
          <w:color w:val="000000" w:themeColor="text1"/>
        </w:rPr>
        <w:t>__</w:t>
      </w:r>
      <w:r w:rsidR="00482654" w:rsidRPr="008A711B">
        <w:rPr>
          <w:rFonts w:ascii="Arial" w:hAnsi="Arial" w:cs="Arial"/>
          <w:color w:val="000000" w:themeColor="text1"/>
        </w:rPr>
        <w:t>_</w:t>
      </w:r>
      <w:r w:rsidRPr="008A711B">
        <w:rPr>
          <w:rFonts w:ascii="Arial" w:hAnsi="Arial" w:cs="Arial"/>
          <w:color w:val="000000" w:themeColor="text1"/>
        </w:rPr>
        <w:br/>
      </w:r>
      <w:r w:rsidRPr="008A711B">
        <w:rPr>
          <w:rFonts w:ascii="Arial" w:hAnsi="Arial" w:cs="Arial"/>
          <w:color w:val="000000" w:themeColor="text1"/>
        </w:rPr>
        <w:br/>
        <w:t>If travel plans change, everyone agrees to communicate as soon as possible and work together on any necessary changes.</w:t>
      </w:r>
    </w:p>
    <w:p w14:paraId="79AB2DB5"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3. The Home</w:t>
      </w:r>
    </w:p>
    <w:p w14:paraId="37056673" w14:textId="52C4DC37" w:rsidR="00CA75F7" w:rsidRPr="008A711B" w:rsidRDefault="00000000">
      <w:pPr>
        <w:rPr>
          <w:rFonts w:ascii="Arial" w:hAnsi="Arial" w:cs="Arial"/>
          <w:color w:val="000000" w:themeColor="text1"/>
        </w:rPr>
      </w:pPr>
      <w:r w:rsidRPr="008A711B">
        <w:rPr>
          <w:rFonts w:ascii="Arial" w:hAnsi="Arial" w:cs="Arial"/>
          <w:color w:val="000000" w:themeColor="text1"/>
        </w:rPr>
        <w:t>Address:_______________________________________________________</w:t>
      </w:r>
      <w:r w:rsidR="00CA2A1A" w:rsidRPr="008A711B">
        <w:rPr>
          <w:rFonts w:ascii="Arial" w:hAnsi="Arial" w:cs="Arial"/>
          <w:color w:val="000000" w:themeColor="text1"/>
        </w:rPr>
        <w:t>________</w:t>
      </w:r>
      <w:r w:rsidR="00482654" w:rsidRPr="008A711B">
        <w:rPr>
          <w:rFonts w:ascii="Arial" w:hAnsi="Arial" w:cs="Arial"/>
          <w:color w:val="000000" w:themeColor="text1"/>
        </w:rPr>
        <w:t xml:space="preserve"> </w:t>
      </w:r>
      <w:r w:rsidRPr="008A711B">
        <w:rPr>
          <w:rFonts w:ascii="Arial" w:hAnsi="Arial" w:cs="Arial"/>
          <w:color w:val="000000" w:themeColor="text1"/>
        </w:rPr>
        <w:br/>
      </w:r>
      <w:r w:rsidRPr="008A711B">
        <w:rPr>
          <w:rFonts w:ascii="Arial" w:hAnsi="Arial" w:cs="Arial"/>
          <w:color w:val="000000" w:themeColor="text1"/>
        </w:rPr>
        <w:br/>
        <w:t>Private or off-limits areas: _________________________________________</w:t>
      </w:r>
      <w:r w:rsidR="00CA2A1A" w:rsidRPr="008A711B">
        <w:rPr>
          <w:rFonts w:ascii="Arial" w:hAnsi="Arial" w:cs="Arial"/>
          <w:color w:val="000000" w:themeColor="text1"/>
        </w:rPr>
        <w:t>_____________________________</w:t>
      </w:r>
      <w:r w:rsidR="003006A1" w:rsidRPr="008A711B">
        <w:rPr>
          <w:rFonts w:ascii="Arial" w:hAnsi="Arial" w:cs="Arial"/>
          <w:color w:val="000000" w:themeColor="text1"/>
        </w:rPr>
        <w:br/>
      </w:r>
      <w:r w:rsidR="003006A1" w:rsidRPr="008A711B">
        <w:rPr>
          <w:rFonts w:ascii="Arial" w:hAnsi="Arial" w:cs="Arial"/>
          <w:color w:val="000000" w:themeColor="text1"/>
        </w:rPr>
        <w:br/>
        <w:t>Location of any security cameras:</w:t>
      </w:r>
      <w:r w:rsidR="00542191" w:rsidRPr="008A711B">
        <w:rPr>
          <w:rFonts w:ascii="Arial" w:hAnsi="Arial" w:cs="Arial"/>
          <w:color w:val="000000" w:themeColor="text1"/>
        </w:rPr>
        <w:br/>
        <w:t>______________________________________________________________________</w:t>
      </w:r>
    </w:p>
    <w:p w14:paraId="6538209E"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4. Pets</w:t>
      </w:r>
    </w:p>
    <w:p w14:paraId="35483B3F" w14:textId="2B6A4FE8" w:rsidR="00CA75F7" w:rsidRPr="008A711B" w:rsidRDefault="00ED305C">
      <w:pPr>
        <w:rPr>
          <w:rFonts w:ascii="Arial" w:hAnsi="Arial" w:cs="Arial"/>
          <w:color w:val="000000" w:themeColor="text1"/>
        </w:rPr>
      </w:pPr>
      <w:r w:rsidRPr="008A711B">
        <w:rPr>
          <w:rFonts w:ascii="Arial" w:hAnsi="Arial" w:cs="Arial"/>
          <w:color w:val="000000" w:themeColor="text1"/>
        </w:rPr>
        <w:t>Following are the pets to be cared for, the type/breed</w:t>
      </w:r>
      <w:r w:rsidR="00AF349B" w:rsidRPr="008A711B">
        <w:rPr>
          <w:rFonts w:ascii="Arial" w:hAnsi="Arial" w:cs="Arial"/>
          <w:color w:val="000000" w:themeColor="text1"/>
        </w:rPr>
        <w:t xml:space="preserve">, condition of  their health </w:t>
      </w:r>
      <w:r w:rsidRPr="008A711B">
        <w:rPr>
          <w:rFonts w:ascii="Arial" w:hAnsi="Arial" w:cs="Arial"/>
          <w:color w:val="000000" w:themeColor="text1"/>
        </w:rPr>
        <w:t>and age:</w:t>
      </w:r>
      <w:r w:rsidRPr="008A711B">
        <w:rPr>
          <w:rFonts w:ascii="Arial" w:hAnsi="Arial" w:cs="Arial"/>
          <w:color w:val="000000" w:themeColor="text1"/>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A711B">
        <w:rPr>
          <w:rFonts w:ascii="Arial" w:hAnsi="Arial" w:cs="Arial"/>
          <w:color w:val="000000" w:themeColor="text1"/>
        </w:rPr>
        <w:br/>
        <w:t>__________________________________________________________________________________________________________________________________________________________________________________________________________________</w:t>
      </w:r>
      <w:r w:rsidRPr="008A711B">
        <w:rPr>
          <w:rFonts w:ascii="Arial" w:hAnsi="Arial" w:cs="Arial"/>
          <w:color w:val="000000" w:themeColor="text1"/>
        </w:rPr>
        <w:br/>
      </w:r>
      <w:r w:rsidRPr="008A711B">
        <w:rPr>
          <w:rFonts w:ascii="Arial" w:hAnsi="Arial" w:cs="Arial"/>
          <w:color w:val="000000" w:themeColor="text1"/>
        </w:rPr>
        <w:br/>
        <w:t>Feeding, exercise, medication and special instructions:</w:t>
      </w:r>
      <w:r w:rsidRPr="008A711B">
        <w:rPr>
          <w:rFonts w:ascii="Arial" w:hAnsi="Arial" w:cs="Arial"/>
          <w:color w:val="000000" w:themeColor="text1"/>
        </w:rPr>
        <w:br/>
        <w:t>__________________________________________________________________________________________________________________________________________________________________________________________________________________</w:t>
      </w:r>
      <w:r w:rsidRPr="008A711B">
        <w:rPr>
          <w:rFonts w:ascii="Arial" w:hAnsi="Arial" w:cs="Arial"/>
          <w:color w:val="000000" w:themeColor="text1"/>
        </w:rPr>
        <w:br/>
        <w:t>__________________________________________________________________________________________________________________________________________________________________________________________________________________</w:t>
      </w:r>
      <w:r w:rsidRPr="008A711B">
        <w:rPr>
          <w:rFonts w:ascii="Arial" w:hAnsi="Arial" w:cs="Arial"/>
          <w:color w:val="000000" w:themeColor="text1"/>
        </w:rPr>
        <w:br/>
        <w:t>__________________________________________________________________________________________________________________________________________________________________________________________________________________</w:t>
      </w:r>
    </w:p>
    <w:p w14:paraId="2F159E4E" w14:textId="0BD85643" w:rsidR="00CA75F7" w:rsidRPr="008A711B" w:rsidRDefault="00000000">
      <w:pPr>
        <w:pStyle w:val="Heading1"/>
        <w:rPr>
          <w:rFonts w:ascii="Arial" w:hAnsi="Arial" w:cs="Arial"/>
          <w:color w:val="000000" w:themeColor="text1"/>
        </w:rPr>
      </w:pPr>
      <w:r w:rsidRPr="008A711B">
        <w:rPr>
          <w:rFonts w:ascii="Arial" w:hAnsi="Arial" w:cs="Arial"/>
          <w:color w:val="000000" w:themeColor="text1"/>
        </w:rPr>
        <w:lastRenderedPageBreak/>
        <w:t>5. What the Sitters Agree to Do</w:t>
      </w:r>
      <w:r w:rsidR="00542191" w:rsidRPr="008A711B">
        <w:rPr>
          <w:rFonts w:ascii="Arial" w:hAnsi="Arial" w:cs="Arial"/>
          <w:color w:val="000000" w:themeColor="text1"/>
        </w:rPr>
        <w:t xml:space="preserve"> </w:t>
      </w:r>
      <w:r w:rsidR="00542191" w:rsidRPr="008A711B">
        <w:rPr>
          <w:rFonts w:ascii="Arial" w:hAnsi="Arial" w:cs="Arial"/>
          <w:b w:val="0"/>
          <w:bCs w:val="0"/>
          <w:color w:val="000000" w:themeColor="text1"/>
        </w:rPr>
        <w:t>(please customize as needed)</w:t>
      </w:r>
    </w:p>
    <w:p w14:paraId="6B66D593" w14:textId="2A70B141" w:rsidR="00CA75F7" w:rsidRPr="008A711B" w:rsidRDefault="00000000" w:rsidP="00A23980">
      <w:pPr>
        <w:spacing w:before="100" w:beforeAutospacing="1" w:after="100" w:afterAutospacing="1" w:line="240" w:lineRule="auto"/>
        <w:ind w:left="360"/>
        <w:rPr>
          <w:rFonts w:ascii="Arial" w:eastAsia="Times New Roman" w:hAnsi="Arial" w:cs="Arial"/>
          <w:color w:val="000000" w:themeColor="text1"/>
        </w:rPr>
      </w:pPr>
      <w:r w:rsidRPr="008A711B">
        <w:rPr>
          <w:rFonts w:ascii="Arial" w:hAnsi="Arial" w:cs="Arial"/>
          <w:color w:val="000000" w:themeColor="text1"/>
        </w:rPr>
        <w:t>• Look after the pets according to the ho</w:t>
      </w:r>
      <w:r w:rsidR="00AF349B" w:rsidRPr="008A711B">
        <w:rPr>
          <w:rFonts w:ascii="Arial" w:hAnsi="Arial" w:cs="Arial"/>
          <w:color w:val="000000" w:themeColor="text1"/>
        </w:rPr>
        <w:t>st</w:t>
      </w:r>
      <w:r w:rsidRPr="008A711B">
        <w:rPr>
          <w:rFonts w:ascii="Arial" w:hAnsi="Arial" w:cs="Arial"/>
          <w:color w:val="000000" w:themeColor="text1"/>
        </w:rPr>
        <w:t>s’ instructions.</w:t>
      </w:r>
      <w:r w:rsidRPr="008A711B">
        <w:rPr>
          <w:rFonts w:ascii="Arial" w:hAnsi="Arial" w:cs="Arial"/>
          <w:color w:val="000000" w:themeColor="text1"/>
        </w:rPr>
        <w:br/>
        <w:t>• Keep the home reasonably clean, tidy and secure.</w:t>
      </w:r>
      <w:r w:rsidRPr="008A711B">
        <w:rPr>
          <w:rFonts w:ascii="Arial" w:hAnsi="Arial" w:cs="Arial"/>
          <w:color w:val="000000" w:themeColor="text1"/>
        </w:rPr>
        <w:br/>
        <w:t>• Use the home, appliances and utilities with reasonable care.</w:t>
      </w:r>
      <w:r w:rsidRPr="008A711B">
        <w:rPr>
          <w:rFonts w:ascii="Arial" w:hAnsi="Arial" w:cs="Arial"/>
          <w:color w:val="000000" w:themeColor="text1"/>
        </w:rPr>
        <w:br/>
        <w:t>• Lock doors and windows and follow agreed security procedures.</w:t>
      </w:r>
      <w:r w:rsidRPr="008A711B">
        <w:rPr>
          <w:rFonts w:ascii="Arial" w:hAnsi="Arial" w:cs="Arial"/>
          <w:color w:val="000000" w:themeColor="text1"/>
        </w:rPr>
        <w:br/>
        <w:t>• Water plants, handle trash and do other agreed household tasks.</w:t>
      </w:r>
      <w:r w:rsidRPr="008A711B">
        <w:rPr>
          <w:rFonts w:ascii="Arial" w:hAnsi="Arial" w:cs="Arial"/>
          <w:color w:val="000000" w:themeColor="text1"/>
        </w:rPr>
        <w:br/>
        <w:t>• Tell the ho</w:t>
      </w:r>
      <w:r w:rsidR="00AF349B" w:rsidRPr="008A711B">
        <w:rPr>
          <w:rFonts w:ascii="Arial" w:hAnsi="Arial" w:cs="Arial"/>
          <w:color w:val="000000" w:themeColor="text1"/>
        </w:rPr>
        <w:t>st</w:t>
      </w:r>
      <w:r w:rsidRPr="008A711B">
        <w:rPr>
          <w:rFonts w:ascii="Arial" w:hAnsi="Arial" w:cs="Arial"/>
          <w:color w:val="000000" w:themeColor="text1"/>
        </w:rPr>
        <w:t>s promptly about illness, injury, damage</w:t>
      </w:r>
      <w:r w:rsidR="00352B11" w:rsidRPr="008A711B">
        <w:rPr>
          <w:rFonts w:ascii="Arial" w:hAnsi="Arial" w:cs="Arial"/>
          <w:color w:val="000000" w:themeColor="text1"/>
        </w:rPr>
        <w:t xml:space="preserve"> </w:t>
      </w:r>
      <w:r w:rsidRPr="008A711B">
        <w:rPr>
          <w:rFonts w:ascii="Arial" w:hAnsi="Arial" w:cs="Arial"/>
          <w:color w:val="000000" w:themeColor="text1"/>
        </w:rPr>
        <w:t>or other important concerns.</w:t>
      </w:r>
      <w:r w:rsidRPr="008A711B">
        <w:rPr>
          <w:rFonts w:ascii="Arial" w:hAnsi="Arial" w:cs="Arial"/>
          <w:color w:val="000000" w:themeColor="text1"/>
        </w:rPr>
        <w:br/>
        <w:t>• Be considerate of neighbors and avoid disruptive behavior.</w:t>
      </w:r>
      <w:r w:rsidRPr="008A711B">
        <w:rPr>
          <w:rFonts w:ascii="Arial" w:hAnsi="Arial" w:cs="Arial"/>
          <w:color w:val="000000" w:themeColor="text1"/>
        </w:rPr>
        <w:br/>
        <w:t>• Not allow overnight guests without the ho</w:t>
      </w:r>
      <w:r w:rsidR="00AF349B" w:rsidRPr="008A711B">
        <w:rPr>
          <w:rFonts w:ascii="Arial" w:hAnsi="Arial" w:cs="Arial"/>
          <w:color w:val="000000" w:themeColor="text1"/>
        </w:rPr>
        <w:t>st</w:t>
      </w:r>
      <w:r w:rsidRPr="008A711B">
        <w:rPr>
          <w:rFonts w:ascii="Arial" w:hAnsi="Arial" w:cs="Arial"/>
          <w:color w:val="000000" w:themeColor="text1"/>
        </w:rPr>
        <w:t xml:space="preserve">s’ </w:t>
      </w:r>
      <w:r w:rsidR="00C63795" w:rsidRPr="008A711B">
        <w:rPr>
          <w:rFonts w:ascii="Arial" w:hAnsi="Arial" w:cs="Arial"/>
          <w:color w:val="000000" w:themeColor="text1"/>
        </w:rPr>
        <w:t xml:space="preserve">prior </w:t>
      </w:r>
      <w:r w:rsidRPr="008A711B">
        <w:rPr>
          <w:rFonts w:ascii="Arial" w:hAnsi="Arial" w:cs="Arial"/>
          <w:color w:val="000000" w:themeColor="text1"/>
        </w:rPr>
        <w:t>agreement.</w:t>
      </w:r>
      <w:r w:rsidRPr="008A711B">
        <w:rPr>
          <w:rFonts w:ascii="Arial" w:hAnsi="Arial" w:cs="Arial"/>
          <w:color w:val="000000" w:themeColor="text1"/>
        </w:rPr>
        <w:br/>
        <w:t>• Return keys and other access items at the end of the sit.</w:t>
      </w:r>
      <w:r w:rsidRPr="008A711B">
        <w:rPr>
          <w:rFonts w:ascii="Arial" w:hAnsi="Arial" w:cs="Arial"/>
          <w:color w:val="000000" w:themeColor="text1"/>
        </w:rPr>
        <w:br/>
        <w:t xml:space="preserve">• Leave the home and pets in </w:t>
      </w:r>
      <w:r w:rsidR="003E410F" w:rsidRPr="008A711B">
        <w:rPr>
          <w:rFonts w:ascii="Arial" w:hAnsi="Arial" w:cs="Arial"/>
          <w:color w:val="000000" w:themeColor="text1"/>
        </w:rPr>
        <w:t xml:space="preserve">“as </w:t>
      </w:r>
      <w:r w:rsidRPr="008A711B">
        <w:rPr>
          <w:rFonts w:ascii="Arial" w:hAnsi="Arial" w:cs="Arial"/>
          <w:color w:val="000000" w:themeColor="text1"/>
        </w:rPr>
        <w:t xml:space="preserve">good </w:t>
      </w:r>
      <w:r w:rsidR="003E410F" w:rsidRPr="008A711B">
        <w:rPr>
          <w:rFonts w:ascii="Arial" w:hAnsi="Arial" w:cs="Arial"/>
          <w:color w:val="000000" w:themeColor="text1"/>
        </w:rPr>
        <w:t xml:space="preserve">or better” </w:t>
      </w:r>
      <w:r w:rsidRPr="008A711B">
        <w:rPr>
          <w:rFonts w:ascii="Arial" w:hAnsi="Arial" w:cs="Arial"/>
          <w:color w:val="000000" w:themeColor="text1"/>
        </w:rPr>
        <w:t>condition</w:t>
      </w:r>
      <w:r w:rsidR="00AF349B" w:rsidRPr="008A711B">
        <w:rPr>
          <w:rFonts w:ascii="Arial" w:hAnsi="Arial" w:cs="Arial"/>
          <w:color w:val="000000" w:themeColor="text1"/>
        </w:rPr>
        <w:t>, ready for the host’s return.</w:t>
      </w:r>
      <w:r w:rsidR="00A23980" w:rsidRPr="008A711B">
        <w:rPr>
          <w:rFonts w:ascii="Arial" w:hAnsi="Arial" w:cs="Arial"/>
          <w:color w:val="000000" w:themeColor="text1"/>
        </w:rPr>
        <w:t xml:space="preserve"> </w:t>
      </w:r>
      <w:r w:rsidR="00A23980" w:rsidRPr="008A711B">
        <w:rPr>
          <w:rFonts w:ascii="Arial" w:eastAsia="Times New Roman" w:hAnsi="Arial" w:cs="Arial"/>
          <w:color w:val="000000" w:themeColor="text1"/>
        </w:rPr>
        <w:t>This includes washing linens (if requested), removing trash, and returning household items to their original locations.</w:t>
      </w:r>
    </w:p>
    <w:p w14:paraId="631C4DEE" w14:textId="7C3CDF8C"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6. What the Ho</w:t>
      </w:r>
      <w:r w:rsidR="00AF349B" w:rsidRPr="008A711B">
        <w:rPr>
          <w:rFonts w:ascii="Arial" w:hAnsi="Arial" w:cs="Arial"/>
          <w:color w:val="000000" w:themeColor="text1"/>
        </w:rPr>
        <w:t>st</w:t>
      </w:r>
      <w:r w:rsidRPr="008A711B">
        <w:rPr>
          <w:rFonts w:ascii="Arial" w:hAnsi="Arial" w:cs="Arial"/>
          <w:color w:val="000000" w:themeColor="text1"/>
        </w:rPr>
        <w:t>s Agree to Do</w:t>
      </w:r>
      <w:r w:rsidR="00542191" w:rsidRPr="008A711B">
        <w:rPr>
          <w:rFonts w:ascii="Arial" w:hAnsi="Arial" w:cs="Arial"/>
          <w:color w:val="000000" w:themeColor="text1"/>
        </w:rPr>
        <w:t xml:space="preserve">. </w:t>
      </w:r>
      <w:r w:rsidR="00542191" w:rsidRPr="008A711B">
        <w:rPr>
          <w:rFonts w:ascii="Arial" w:hAnsi="Arial" w:cs="Arial"/>
          <w:b w:val="0"/>
          <w:bCs w:val="0"/>
          <w:color w:val="000000" w:themeColor="text1"/>
        </w:rPr>
        <w:t>(please customize as needed)</w:t>
      </w:r>
      <w:r w:rsidR="00542191" w:rsidRPr="008A711B">
        <w:rPr>
          <w:rFonts w:ascii="Arial" w:hAnsi="Arial" w:cs="Arial"/>
          <w:b w:val="0"/>
          <w:bCs w:val="0"/>
          <w:color w:val="000000" w:themeColor="text1"/>
        </w:rPr>
        <w:br/>
      </w:r>
    </w:p>
    <w:p w14:paraId="4FE68218" w14:textId="4658EF60" w:rsidR="00CA75F7" w:rsidRPr="008A711B" w:rsidRDefault="00000000">
      <w:pPr>
        <w:rPr>
          <w:rFonts w:ascii="Arial" w:hAnsi="Arial" w:cs="Arial"/>
          <w:color w:val="000000" w:themeColor="text1"/>
        </w:rPr>
      </w:pPr>
      <w:r w:rsidRPr="008A711B">
        <w:rPr>
          <w:rFonts w:ascii="Arial" w:hAnsi="Arial" w:cs="Arial"/>
          <w:color w:val="000000" w:themeColor="text1"/>
        </w:rPr>
        <w:t>• Leave the home clean, safe and ready for the sitters’ arrival.</w:t>
      </w:r>
      <w:r w:rsidRPr="008A711B">
        <w:rPr>
          <w:rFonts w:ascii="Arial" w:hAnsi="Arial" w:cs="Arial"/>
          <w:color w:val="000000" w:themeColor="text1"/>
        </w:rPr>
        <w:br/>
        <w:t>• Provide clear instructions about the pets, home, appliances and security.</w:t>
      </w:r>
      <w:r w:rsidRPr="008A711B">
        <w:rPr>
          <w:rFonts w:ascii="Arial" w:hAnsi="Arial" w:cs="Arial"/>
          <w:color w:val="000000" w:themeColor="text1"/>
        </w:rPr>
        <w:br/>
        <w:t xml:space="preserve">• </w:t>
      </w:r>
      <w:r w:rsidR="00C63795" w:rsidRPr="008A711B">
        <w:rPr>
          <w:rFonts w:ascii="Arial" w:hAnsi="Arial" w:cs="Arial"/>
          <w:color w:val="000000" w:themeColor="text1"/>
        </w:rPr>
        <w:t>For pets: l</w:t>
      </w:r>
      <w:r w:rsidRPr="008A711B">
        <w:rPr>
          <w:rFonts w:ascii="Arial" w:hAnsi="Arial" w:cs="Arial"/>
          <w:color w:val="000000" w:themeColor="text1"/>
        </w:rPr>
        <w:t>eave enough food, medication and other essential supplies.</w:t>
      </w:r>
      <w:r w:rsidRPr="008A711B">
        <w:rPr>
          <w:rFonts w:ascii="Arial" w:hAnsi="Arial" w:cs="Arial"/>
          <w:color w:val="000000" w:themeColor="text1"/>
        </w:rPr>
        <w:br/>
        <w:t xml:space="preserve">• </w:t>
      </w:r>
      <w:r w:rsidR="00E03738" w:rsidRPr="008A711B">
        <w:rPr>
          <w:rFonts w:ascii="Arial" w:hAnsi="Arial" w:cs="Arial"/>
          <w:color w:val="000000" w:themeColor="text1"/>
        </w:rPr>
        <w:t xml:space="preserve">Advise sitters of the schedule for any </w:t>
      </w:r>
      <w:r w:rsidR="00AF349B" w:rsidRPr="008A711B">
        <w:rPr>
          <w:rFonts w:ascii="Arial" w:hAnsi="Arial" w:cs="Arial"/>
          <w:color w:val="000000" w:themeColor="text1"/>
        </w:rPr>
        <w:t xml:space="preserve">employee (e.g.: </w:t>
      </w:r>
      <w:r w:rsidR="00E03738" w:rsidRPr="008A711B">
        <w:rPr>
          <w:rFonts w:ascii="Arial" w:hAnsi="Arial" w:cs="Arial"/>
          <w:color w:val="000000" w:themeColor="text1"/>
        </w:rPr>
        <w:t>housekeepe</w:t>
      </w:r>
      <w:r w:rsidR="00AF349B" w:rsidRPr="008A711B">
        <w:rPr>
          <w:rFonts w:ascii="Arial" w:hAnsi="Arial" w:cs="Arial"/>
          <w:color w:val="000000" w:themeColor="text1"/>
        </w:rPr>
        <w:t>r or g</w:t>
      </w:r>
      <w:r w:rsidR="00E03738" w:rsidRPr="008A711B">
        <w:rPr>
          <w:rFonts w:ascii="Arial" w:hAnsi="Arial" w:cs="Arial"/>
          <w:color w:val="000000" w:themeColor="text1"/>
        </w:rPr>
        <w:t>ardene</w:t>
      </w:r>
      <w:r w:rsidR="00AF349B" w:rsidRPr="008A711B">
        <w:rPr>
          <w:rFonts w:ascii="Arial" w:hAnsi="Arial" w:cs="Arial"/>
          <w:color w:val="000000" w:themeColor="text1"/>
        </w:rPr>
        <w:t xml:space="preserve">r), </w:t>
      </w:r>
      <w:r w:rsidR="00E03738" w:rsidRPr="008A711B">
        <w:rPr>
          <w:rFonts w:ascii="Arial" w:hAnsi="Arial" w:cs="Arial"/>
          <w:color w:val="000000" w:themeColor="text1"/>
        </w:rPr>
        <w:t>whether the sitter needs to be present</w:t>
      </w:r>
      <w:r w:rsidR="00352B11" w:rsidRPr="008A711B">
        <w:rPr>
          <w:rFonts w:ascii="Arial" w:hAnsi="Arial" w:cs="Arial"/>
          <w:color w:val="000000" w:themeColor="text1"/>
        </w:rPr>
        <w:t>, and how payment for services is to be handled.</w:t>
      </w:r>
      <w:r w:rsidRPr="008A711B">
        <w:rPr>
          <w:rFonts w:ascii="Arial" w:hAnsi="Arial" w:cs="Arial"/>
          <w:color w:val="000000" w:themeColor="text1"/>
        </w:rPr>
        <w:br/>
        <w:t xml:space="preserve">• Provide contacts for trusted local people and service providers </w:t>
      </w:r>
      <w:r w:rsidR="00E03738" w:rsidRPr="008A711B">
        <w:rPr>
          <w:rFonts w:ascii="Arial" w:hAnsi="Arial" w:cs="Arial"/>
          <w:color w:val="000000" w:themeColor="text1"/>
        </w:rPr>
        <w:t>as</w:t>
      </w:r>
      <w:r w:rsidRPr="008A711B">
        <w:rPr>
          <w:rFonts w:ascii="Arial" w:hAnsi="Arial" w:cs="Arial"/>
          <w:color w:val="000000" w:themeColor="text1"/>
        </w:rPr>
        <w:t xml:space="preserve"> appropriate.</w:t>
      </w:r>
      <w:r w:rsidRPr="008A711B">
        <w:rPr>
          <w:rFonts w:ascii="Arial" w:hAnsi="Arial" w:cs="Arial"/>
          <w:color w:val="000000" w:themeColor="text1"/>
        </w:rPr>
        <w:br/>
        <w:t>• Tell the sitters about known problems, hazards or special circumstances.</w:t>
      </w:r>
    </w:p>
    <w:p w14:paraId="5919BC5E" w14:textId="7CD8FD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7.</w:t>
      </w:r>
      <w:r w:rsidR="000B3AB0" w:rsidRPr="008A711B">
        <w:rPr>
          <w:rFonts w:ascii="Arial" w:hAnsi="Arial" w:cs="Arial"/>
          <w:color w:val="000000" w:themeColor="text1"/>
        </w:rPr>
        <w:t xml:space="preserve"> </w:t>
      </w:r>
      <w:r w:rsidR="006F1C95" w:rsidRPr="008A711B">
        <w:rPr>
          <w:rFonts w:ascii="Arial" w:hAnsi="Arial" w:cs="Arial"/>
          <w:color w:val="000000" w:themeColor="text1"/>
        </w:rPr>
        <w:t xml:space="preserve">Money </w:t>
      </w:r>
      <w:r w:rsidRPr="008A711B">
        <w:rPr>
          <w:rFonts w:ascii="Arial" w:hAnsi="Arial" w:cs="Arial"/>
          <w:color w:val="000000" w:themeColor="text1"/>
        </w:rPr>
        <w:t>and Expenses</w:t>
      </w:r>
      <w:r w:rsidR="00542191" w:rsidRPr="008A711B">
        <w:rPr>
          <w:rFonts w:ascii="Arial" w:hAnsi="Arial" w:cs="Arial"/>
          <w:color w:val="000000" w:themeColor="text1"/>
        </w:rPr>
        <w:br/>
      </w:r>
    </w:p>
    <w:p w14:paraId="29E8221C" w14:textId="77777777" w:rsidR="001E4B97" w:rsidRPr="008A711B" w:rsidRDefault="00000000">
      <w:pPr>
        <w:rPr>
          <w:rFonts w:ascii="Arial" w:hAnsi="Arial" w:cs="Arial"/>
          <w:color w:val="000000" w:themeColor="text1"/>
        </w:rPr>
      </w:pPr>
      <w:r w:rsidRPr="008A711B">
        <w:rPr>
          <w:rFonts w:ascii="Arial" w:hAnsi="Arial" w:cs="Arial"/>
          <w:color w:val="000000" w:themeColor="text1"/>
        </w:rPr>
        <w:t xml:space="preserve">The sitters are providing their time and care in exchange for accommodation. Neither party expects payment for </w:t>
      </w:r>
      <w:r w:rsidR="00E03738" w:rsidRPr="008A711B">
        <w:rPr>
          <w:rFonts w:ascii="Arial" w:hAnsi="Arial" w:cs="Arial"/>
          <w:color w:val="000000" w:themeColor="text1"/>
        </w:rPr>
        <w:t>this</w:t>
      </w:r>
      <w:r w:rsidRPr="008A711B">
        <w:rPr>
          <w:rFonts w:ascii="Arial" w:hAnsi="Arial" w:cs="Arial"/>
          <w:color w:val="000000" w:themeColor="text1"/>
        </w:rPr>
        <w:t xml:space="preserve"> </w:t>
      </w:r>
      <w:r w:rsidR="00E03738" w:rsidRPr="008A711B">
        <w:rPr>
          <w:rFonts w:ascii="Arial" w:hAnsi="Arial" w:cs="Arial"/>
          <w:color w:val="000000" w:themeColor="text1"/>
        </w:rPr>
        <w:t>exchange</w:t>
      </w:r>
      <w:r w:rsidRPr="008A711B">
        <w:rPr>
          <w:rFonts w:ascii="Arial" w:hAnsi="Arial" w:cs="Arial"/>
          <w:color w:val="000000" w:themeColor="text1"/>
        </w:rPr>
        <w:t>.</w:t>
      </w:r>
    </w:p>
    <w:p w14:paraId="4B5C4055" w14:textId="7CC62C42" w:rsidR="00CA75F7" w:rsidRPr="008A711B" w:rsidRDefault="001E4B97">
      <w:pPr>
        <w:rPr>
          <w:rFonts w:ascii="Arial" w:hAnsi="Arial" w:cs="Arial"/>
          <w:color w:val="000000" w:themeColor="text1"/>
        </w:rPr>
      </w:pPr>
      <w:r w:rsidRPr="008A711B">
        <w:rPr>
          <w:rFonts w:ascii="Arial" w:hAnsi="Arial" w:cs="Arial"/>
          <w:color w:val="000000" w:themeColor="text1"/>
        </w:rPr>
        <w:t xml:space="preserve">Sitters are responsible for their transportation </w:t>
      </w:r>
      <w:r w:rsidR="00CA2A1A" w:rsidRPr="008A711B">
        <w:rPr>
          <w:rFonts w:ascii="Arial" w:hAnsi="Arial" w:cs="Arial"/>
          <w:color w:val="000000" w:themeColor="text1"/>
        </w:rPr>
        <w:t xml:space="preserve">expense </w:t>
      </w:r>
      <w:r w:rsidRPr="008A711B">
        <w:rPr>
          <w:rFonts w:ascii="Arial" w:hAnsi="Arial" w:cs="Arial"/>
          <w:color w:val="000000" w:themeColor="text1"/>
        </w:rPr>
        <w:t xml:space="preserve">to come and depart from this house sit.  </w:t>
      </w:r>
      <w:r w:rsidR="00715803" w:rsidRPr="008A711B">
        <w:rPr>
          <w:rFonts w:ascii="Arial" w:hAnsi="Arial" w:cs="Arial"/>
          <w:color w:val="000000" w:themeColor="text1"/>
        </w:rPr>
        <w:t>This</w:t>
      </w:r>
      <w:r w:rsidRPr="008A711B">
        <w:rPr>
          <w:rFonts w:ascii="Arial" w:hAnsi="Arial" w:cs="Arial"/>
          <w:color w:val="000000" w:themeColor="text1"/>
        </w:rPr>
        <w:t xml:space="preserve"> agreement confirms that the sitters may </w:t>
      </w:r>
      <w:r w:rsidR="00715803" w:rsidRPr="008A711B">
        <w:rPr>
          <w:rFonts w:ascii="Arial" w:hAnsi="Arial" w:cs="Arial"/>
          <w:color w:val="000000" w:themeColor="text1"/>
        </w:rPr>
        <w:t xml:space="preserve">confidently </w:t>
      </w:r>
      <w:r w:rsidRPr="008A711B">
        <w:rPr>
          <w:rFonts w:ascii="Arial" w:hAnsi="Arial" w:cs="Arial"/>
          <w:color w:val="000000" w:themeColor="text1"/>
        </w:rPr>
        <w:t xml:space="preserve">arrange for such transportation.  </w:t>
      </w:r>
      <w:r w:rsidRPr="008A711B">
        <w:rPr>
          <w:rFonts w:ascii="Arial" w:hAnsi="Arial" w:cs="Arial"/>
          <w:color w:val="000000" w:themeColor="text1"/>
        </w:rPr>
        <w:br/>
      </w:r>
      <w:r w:rsidRPr="008A711B">
        <w:rPr>
          <w:rFonts w:ascii="Arial" w:hAnsi="Arial" w:cs="Arial"/>
          <w:color w:val="000000" w:themeColor="text1"/>
        </w:rPr>
        <w:br/>
        <w:t>The ho</w:t>
      </w:r>
      <w:r w:rsidR="003E410F" w:rsidRPr="008A711B">
        <w:rPr>
          <w:rFonts w:ascii="Arial" w:hAnsi="Arial" w:cs="Arial"/>
          <w:color w:val="000000" w:themeColor="text1"/>
        </w:rPr>
        <w:t>sts</w:t>
      </w:r>
      <w:r w:rsidRPr="008A711B">
        <w:rPr>
          <w:rFonts w:ascii="Arial" w:hAnsi="Arial" w:cs="Arial"/>
          <w:color w:val="000000" w:themeColor="text1"/>
        </w:rPr>
        <w:t xml:space="preserve"> pay for pet food, medication, veterinary care and other pet-related expenses. If an unexpected expense is necessary, the sitters will try to contact the ho</w:t>
      </w:r>
      <w:r w:rsidR="003E410F" w:rsidRPr="008A711B">
        <w:rPr>
          <w:rFonts w:ascii="Arial" w:hAnsi="Arial" w:cs="Arial"/>
          <w:color w:val="000000" w:themeColor="text1"/>
        </w:rPr>
        <w:t>sts</w:t>
      </w:r>
      <w:r w:rsidRPr="008A711B">
        <w:rPr>
          <w:rFonts w:ascii="Arial" w:hAnsi="Arial" w:cs="Arial"/>
          <w:color w:val="000000" w:themeColor="text1"/>
        </w:rPr>
        <w:t xml:space="preserve"> first. If immediate action is needed and the ho</w:t>
      </w:r>
      <w:r w:rsidR="003E410F" w:rsidRPr="008A711B">
        <w:rPr>
          <w:rFonts w:ascii="Arial" w:hAnsi="Arial" w:cs="Arial"/>
          <w:color w:val="000000" w:themeColor="text1"/>
        </w:rPr>
        <w:t>st</w:t>
      </w:r>
      <w:r w:rsidRPr="008A711B">
        <w:rPr>
          <w:rFonts w:ascii="Arial" w:hAnsi="Arial" w:cs="Arial"/>
          <w:color w:val="000000" w:themeColor="text1"/>
        </w:rPr>
        <w:t>s cannot be reached, the sitters may use reasonable judgment to protect the pet or property and should keep receipts</w:t>
      </w:r>
      <w:r w:rsidR="00C63795" w:rsidRPr="008A711B">
        <w:rPr>
          <w:rFonts w:ascii="Arial" w:hAnsi="Arial" w:cs="Arial"/>
          <w:color w:val="000000" w:themeColor="text1"/>
        </w:rPr>
        <w:t xml:space="preserve"> for reimbursement</w:t>
      </w:r>
      <w:r w:rsidRPr="008A711B">
        <w:rPr>
          <w:rFonts w:ascii="Arial" w:hAnsi="Arial" w:cs="Arial"/>
          <w:color w:val="000000" w:themeColor="text1"/>
        </w:rPr>
        <w:t>.</w:t>
      </w:r>
    </w:p>
    <w:p w14:paraId="4BCDE9B7" w14:textId="11471C45" w:rsidR="003E410F" w:rsidRPr="008A711B" w:rsidRDefault="003E410F">
      <w:pPr>
        <w:rPr>
          <w:rFonts w:ascii="Arial" w:hAnsi="Arial" w:cs="Arial"/>
          <w:color w:val="000000" w:themeColor="text1"/>
        </w:rPr>
      </w:pPr>
      <w:r w:rsidRPr="008A711B">
        <w:rPr>
          <w:rFonts w:ascii="Arial" w:hAnsi="Arial" w:cs="Arial"/>
          <w:color w:val="000000" w:themeColor="text1"/>
        </w:rPr>
        <w:t xml:space="preserve">Sitters are responsible for their own food and “consumables”.  Hosts </w:t>
      </w:r>
      <w:r w:rsidR="00482654" w:rsidRPr="008A711B">
        <w:rPr>
          <w:rFonts w:ascii="Arial" w:hAnsi="Arial" w:cs="Arial"/>
          <w:color w:val="000000" w:themeColor="text1"/>
        </w:rPr>
        <w:t>will</w:t>
      </w:r>
      <w:r w:rsidR="003006A1" w:rsidRPr="008A711B">
        <w:rPr>
          <w:rFonts w:ascii="Arial" w:hAnsi="Arial" w:cs="Arial"/>
          <w:color w:val="000000" w:themeColor="text1"/>
        </w:rPr>
        <w:t xml:space="preserve"> tell sitters</w:t>
      </w:r>
      <w:r w:rsidR="00482654" w:rsidRPr="008A711B">
        <w:rPr>
          <w:rFonts w:ascii="Arial" w:hAnsi="Arial" w:cs="Arial"/>
          <w:color w:val="000000" w:themeColor="text1"/>
        </w:rPr>
        <w:t xml:space="preserve"> whether specific</w:t>
      </w:r>
      <w:r w:rsidRPr="008A711B">
        <w:rPr>
          <w:rFonts w:ascii="Arial" w:hAnsi="Arial" w:cs="Arial"/>
          <w:color w:val="000000" w:themeColor="text1"/>
        </w:rPr>
        <w:t xml:space="preserve"> food, drink or consumables </w:t>
      </w:r>
      <w:r w:rsidR="003006A1" w:rsidRPr="008A711B">
        <w:rPr>
          <w:rFonts w:ascii="Arial" w:hAnsi="Arial" w:cs="Arial"/>
          <w:color w:val="000000" w:themeColor="text1"/>
        </w:rPr>
        <w:t xml:space="preserve">in the home </w:t>
      </w:r>
      <w:r w:rsidR="00482654" w:rsidRPr="008A711B">
        <w:rPr>
          <w:rFonts w:ascii="Arial" w:hAnsi="Arial" w:cs="Arial"/>
          <w:color w:val="000000" w:themeColor="text1"/>
        </w:rPr>
        <w:t xml:space="preserve">are available to </w:t>
      </w:r>
      <w:r w:rsidR="003006A1" w:rsidRPr="008A711B">
        <w:rPr>
          <w:rFonts w:ascii="Arial" w:hAnsi="Arial" w:cs="Arial"/>
          <w:color w:val="000000" w:themeColor="text1"/>
        </w:rPr>
        <w:t>them.</w:t>
      </w:r>
      <w:r w:rsidRPr="008A711B">
        <w:rPr>
          <w:rFonts w:ascii="Arial" w:hAnsi="Arial" w:cs="Arial"/>
          <w:color w:val="000000" w:themeColor="text1"/>
        </w:rPr>
        <w:t xml:space="preserve"> </w:t>
      </w:r>
    </w:p>
    <w:p w14:paraId="2D1CE315" w14:textId="5BCC26A0" w:rsidR="00CA75F7" w:rsidRPr="008A711B" w:rsidRDefault="00000000">
      <w:pPr>
        <w:pStyle w:val="Heading1"/>
        <w:rPr>
          <w:rFonts w:ascii="Arial" w:hAnsi="Arial" w:cs="Arial"/>
          <w:color w:val="000000" w:themeColor="text1"/>
        </w:rPr>
      </w:pPr>
      <w:r w:rsidRPr="008A711B">
        <w:rPr>
          <w:rFonts w:ascii="Arial" w:hAnsi="Arial" w:cs="Arial"/>
          <w:color w:val="000000" w:themeColor="text1"/>
        </w:rPr>
        <w:lastRenderedPageBreak/>
        <w:t xml:space="preserve">8. </w:t>
      </w:r>
      <w:r w:rsidR="00426911" w:rsidRPr="008A711B">
        <w:rPr>
          <w:rFonts w:ascii="Arial" w:hAnsi="Arial" w:cs="Arial"/>
          <w:color w:val="000000" w:themeColor="text1"/>
        </w:rPr>
        <w:t xml:space="preserve">In case of Emergency or </w:t>
      </w:r>
      <w:r w:rsidRPr="008A711B">
        <w:rPr>
          <w:rFonts w:ascii="Arial" w:hAnsi="Arial" w:cs="Arial"/>
          <w:color w:val="000000" w:themeColor="text1"/>
        </w:rPr>
        <w:t>If Something Goes Wrong</w:t>
      </w:r>
      <w:r w:rsidR="00426911" w:rsidRPr="008A711B">
        <w:rPr>
          <w:rFonts w:ascii="Arial" w:hAnsi="Arial" w:cs="Arial"/>
          <w:color w:val="000000" w:themeColor="text1"/>
        </w:rPr>
        <w:t xml:space="preserve"> </w:t>
      </w:r>
      <w:r w:rsidR="00542191" w:rsidRPr="008A711B">
        <w:rPr>
          <w:rFonts w:ascii="Arial" w:hAnsi="Arial" w:cs="Arial"/>
          <w:color w:val="000000" w:themeColor="text1"/>
        </w:rPr>
        <w:br/>
      </w:r>
    </w:p>
    <w:p w14:paraId="48406D2D" w14:textId="02C9C6BA" w:rsidR="00CA75F7" w:rsidRPr="008A711B" w:rsidRDefault="00000000">
      <w:pPr>
        <w:rPr>
          <w:rFonts w:ascii="Arial" w:hAnsi="Arial" w:cs="Arial"/>
          <w:color w:val="000000" w:themeColor="text1"/>
        </w:rPr>
      </w:pPr>
      <w:r w:rsidRPr="008A711B">
        <w:rPr>
          <w:rFonts w:ascii="Arial" w:hAnsi="Arial" w:cs="Arial"/>
          <w:color w:val="000000" w:themeColor="text1"/>
        </w:rPr>
        <w:t xml:space="preserve">If a pet becomes ill or injured, or there is an emergency involving the home, the sitters will contact the homeowners as soon as reasonably possible. </w:t>
      </w:r>
      <w:r w:rsidR="00426911" w:rsidRPr="008A711B">
        <w:rPr>
          <w:rFonts w:ascii="Arial" w:hAnsi="Arial" w:cs="Arial"/>
          <w:color w:val="000000" w:themeColor="text1"/>
        </w:rPr>
        <w:t xml:space="preserve">Homeowners should provide </w:t>
      </w:r>
      <w:r w:rsidR="006F1C95" w:rsidRPr="008A711B">
        <w:rPr>
          <w:rFonts w:ascii="Arial" w:hAnsi="Arial" w:cs="Arial"/>
          <w:color w:val="000000" w:themeColor="text1"/>
        </w:rPr>
        <w:t>the information indicated below.</w:t>
      </w:r>
      <w:r w:rsidR="00426911" w:rsidRPr="008A711B">
        <w:rPr>
          <w:rFonts w:ascii="Arial" w:hAnsi="Arial" w:cs="Arial"/>
          <w:color w:val="000000" w:themeColor="text1"/>
        </w:rPr>
        <w:t xml:space="preserve"> </w:t>
      </w:r>
      <w:r w:rsidRPr="008A711B">
        <w:rPr>
          <w:rFonts w:ascii="Arial" w:hAnsi="Arial" w:cs="Arial"/>
          <w:color w:val="000000" w:themeColor="text1"/>
        </w:rPr>
        <w:t>If the homeowners cannot be reached, the sitters may contact the person or professional listed below and take reasonable steps to protect the pet and property.</w:t>
      </w:r>
      <w:r w:rsidRPr="008A711B">
        <w:rPr>
          <w:rFonts w:ascii="Arial" w:hAnsi="Arial" w:cs="Arial"/>
          <w:color w:val="000000" w:themeColor="text1"/>
        </w:rPr>
        <w:br/>
      </w:r>
      <w:r w:rsidRPr="008A711B">
        <w:rPr>
          <w:rFonts w:ascii="Arial" w:hAnsi="Arial" w:cs="Arial"/>
          <w:color w:val="000000" w:themeColor="text1"/>
        </w:rPr>
        <w:br/>
        <w:t>Veterinarian: _____________________________ Phone: __________________</w:t>
      </w:r>
      <w:r w:rsidRPr="008A711B">
        <w:rPr>
          <w:rFonts w:ascii="Arial" w:hAnsi="Arial" w:cs="Arial"/>
          <w:color w:val="000000" w:themeColor="text1"/>
        </w:rPr>
        <w:br/>
        <w:t>Local contact: ____________________________  Phone: __________________</w:t>
      </w:r>
    </w:p>
    <w:p w14:paraId="6AA93B4D" w14:textId="4B6FB410"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9. Guests and Privacy</w:t>
      </w:r>
      <w:r w:rsidR="00542191" w:rsidRPr="008A711B">
        <w:rPr>
          <w:rFonts w:ascii="Arial" w:hAnsi="Arial" w:cs="Arial"/>
          <w:color w:val="000000" w:themeColor="text1"/>
        </w:rPr>
        <w:br/>
      </w:r>
    </w:p>
    <w:p w14:paraId="7954DEA6" w14:textId="000E4F03" w:rsidR="00CA75F7" w:rsidRPr="008A711B" w:rsidRDefault="00000000">
      <w:pPr>
        <w:rPr>
          <w:rFonts w:ascii="Arial" w:hAnsi="Arial" w:cs="Arial"/>
          <w:color w:val="000000" w:themeColor="text1"/>
        </w:rPr>
      </w:pPr>
      <w:r w:rsidRPr="008A711B">
        <w:rPr>
          <w:rFonts w:ascii="Arial" w:hAnsi="Arial" w:cs="Arial"/>
          <w:color w:val="000000" w:themeColor="text1"/>
        </w:rPr>
        <w:t>Both sides agree to respect each other’s privacy and belongings. The homeowners will identify private or off-limits areas before the sit begins.</w:t>
      </w:r>
      <w:r w:rsidRPr="008A711B">
        <w:rPr>
          <w:rFonts w:ascii="Arial" w:hAnsi="Arial" w:cs="Arial"/>
          <w:color w:val="000000" w:themeColor="text1"/>
        </w:rPr>
        <w:br/>
      </w:r>
      <w:r w:rsidRPr="008A711B">
        <w:rPr>
          <w:rFonts w:ascii="Arial" w:hAnsi="Arial" w:cs="Arial"/>
          <w:color w:val="000000" w:themeColor="text1"/>
        </w:rPr>
        <w:br/>
        <w:t xml:space="preserve">Any security cameras or recording devices in </w:t>
      </w:r>
      <w:r w:rsidR="00ED305C" w:rsidRPr="008A711B">
        <w:rPr>
          <w:rFonts w:ascii="Arial" w:hAnsi="Arial" w:cs="Arial"/>
          <w:color w:val="000000" w:themeColor="text1"/>
        </w:rPr>
        <w:t xml:space="preserve">or outside </w:t>
      </w:r>
      <w:r w:rsidRPr="008A711B">
        <w:rPr>
          <w:rFonts w:ascii="Arial" w:hAnsi="Arial" w:cs="Arial"/>
          <w:color w:val="000000" w:themeColor="text1"/>
        </w:rPr>
        <w:t>the home</w:t>
      </w:r>
      <w:r w:rsidR="00ED305C" w:rsidRPr="008A711B">
        <w:rPr>
          <w:rFonts w:ascii="Arial" w:hAnsi="Arial" w:cs="Arial"/>
          <w:color w:val="000000" w:themeColor="text1"/>
        </w:rPr>
        <w:t xml:space="preserve"> will</w:t>
      </w:r>
      <w:r w:rsidRPr="008A711B">
        <w:rPr>
          <w:rFonts w:ascii="Arial" w:hAnsi="Arial" w:cs="Arial"/>
          <w:color w:val="000000" w:themeColor="text1"/>
        </w:rPr>
        <w:t xml:space="preserve"> be disclosed to the sitters and </w:t>
      </w:r>
      <w:r w:rsidR="00C63795" w:rsidRPr="008A711B">
        <w:rPr>
          <w:rFonts w:ascii="Arial" w:hAnsi="Arial" w:cs="Arial"/>
          <w:color w:val="000000" w:themeColor="text1"/>
        </w:rPr>
        <w:t>may</w:t>
      </w:r>
      <w:r w:rsidRPr="008A711B">
        <w:rPr>
          <w:rFonts w:ascii="Arial" w:hAnsi="Arial" w:cs="Arial"/>
          <w:color w:val="000000" w:themeColor="text1"/>
        </w:rPr>
        <w:t xml:space="preserve"> not be placed in private areas such as bedrooms or bathrooms.</w:t>
      </w:r>
    </w:p>
    <w:p w14:paraId="47EE72CD" w14:textId="175B95A5"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10. Damage and Insurance</w:t>
      </w:r>
      <w:r w:rsidR="00542191" w:rsidRPr="008A711B">
        <w:rPr>
          <w:rFonts w:ascii="Arial" w:hAnsi="Arial" w:cs="Arial"/>
          <w:color w:val="000000" w:themeColor="text1"/>
        </w:rPr>
        <w:br/>
      </w:r>
    </w:p>
    <w:p w14:paraId="21B6FCEA" w14:textId="0441CDFD" w:rsidR="00CA75F7" w:rsidRPr="008A711B" w:rsidRDefault="00000000">
      <w:pPr>
        <w:rPr>
          <w:rFonts w:ascii="Arial" w:hAnsi="Arial" w:cs="Arial"/>
          <w:color w:val="000000" w:themeColor="text1"/>
        </w:rPr>
      </w:pPr>
      <w:r w:rsidRPr="008A711B">
        <w:rPr>
          <w:rFonts w:ascii="Arial" w:hAnsi="Arial" w:cs="Arial"/>
          <w:color w:val="000000" w:themeColor="text1"/>
        </w:rPr>
        <w:t>Normal wear and tear and pre-existing problems are not the sitters’ responsibility. The sitters agree to take reasonable care of the home and pets and to let the homeowners know promptly about accidental damage or other problems. Damage caused intentionally</w:t>
      </w:r>
      <w:r w:rsidR="00433545" w:rsidRPr="008A711B">
        <w:rPr>
          <w:rFonts w:ascii="Arial" w:hAnsi="Arial" w:cs="Arial"/>
          <w:color w:val="000000" w:themeColor="text1"/>
        </w:rPr>
        <w:t>, accidentally</w:t>
      </w:r>
      <w:r w:rsidRPr="008A711B">
        <w:rPr>
          <w:rFonts w:ascii="Arial" w:hAnsi="Arial" w:cs="Arial"/>
          <w:color w:val="000000" w:themeColor="text1"/>
        </w:rPr>
        <w:t xml:space="preserve"> or through unreasonable behavior </w:t>
      </w:r>
      <w:r w:rsidR="00CA2A1A" w:rsidRPr="008A711B">
        <w:rPr>
          <w:rFonts w:ascii="Arial" w:hAnsi="Arial" w:cs="Arial"/>
          <w:color w:val="000000" w:themeColor="text1"/>
        </w:rPr>
        <w:t>is</w:t>
      </w:r>
      <w:r w:rsidRPr="008A711B">
        <w:rPr>
          <w:rFonts w:ascii="Arial" w:hAnsi="Arial" w:cs="Arial"/>
          <w:color w:val="000000" w:themeColor="text1"/>
        </w:rPr>
        <w:t xml:space="preserve"> the responsibility of the person who caused it.</w:t>
      </w:r>
    </w:p>
    <w:p w14:paraId="041159B4" w14:textId="2C7E1583"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 xml:space="preserve">11. </w:t>
      </w:r>
      <w:r w:rsidR="00426911" w:rsidRPr="008A711B">
        <w:rPr>
          <w:rFonts w:ascii="Arial" w:hAnsi="Arial" w:cs="Arial"/>
          <w:color w:val="000000" w:themeColor="text1"/>
        </w:rPr>
        <w:t xml:space="preserve">Cancelling Confirmed Sits or </w:t>
      </w:r>
      <w:r w:rsidRPr="008A711B">
        <w:rPr>
          <w:rFonts w:ascii="Arial" w:hAnsi="Arial" w:cs="Arial"/>
          <w:color w:val="000000" w:themeColor="text1"/>
        </w:rPr>
        <w:t>Ending the Sit Early</w:t>
      </w:r>
      <w:r w:rsidR="00542191" w:rsidRPr="008A711B">
        <w:rPr>
          <w:rFonts w:ascii="Arial" w:hAnsi="Arial" w:cs="Arial"/>
          <w:color w:val="000000" w:themeColor="text1"/>
        </w:rPr>
        <w:br/>
      </w:r>
    </w:p>
    <w:p w14:paraId="28AB06D0" w14:textId="55F7796F" w:rsidR="00CA75F7" w:rsidRPr="008A711B" w:rsidRDefault="006F1C95">
      <w:pPr>
        <w:rPr>
          <w:rFonts w:ascii="Arial" w:hAnsi="Arial" w:cs="Arial"/>
          <w:color w:val="000000" w:themeColor="text1"/>
        </w:rPr>
      </w:pPr>
      <w:r w:rsidRPr="008A711B">
        <w:rPr>
          <w:rFonts w:ascii="Arial" w:hAnsi="Arial" w:cs="Arial"/>
          <w:color w:val="000000" w:themeColor="text1"/>
        </w:rPr>
        <w:t>Ca</w:t>
      </w:r>
      <w:r w:rsidRPr="008A711B">
        <w:rPr>
          <w:rFonts w:ascii="Arial" w:hAnsi="Arial" w:cs="Arial"/>
          <w:color w:val="000000" w:themeColor="text1"/>
        </w:rPr>
        <w:t>ncellations should only happen in extraordinary circumstances</w:t>
      </w:r>
      <w:r w:rsidRPr="008A711B">
        <w:rPr>
          <w:rFonts w:ascii="Arial" w:hAnsi="Arial" w:cs="Arial"/>
          <w:color w:val="000000" w:themeColor="text1"/>
        </w:rPr>
        <w:t xml:space="preserve"> such as</w:t>
      </w:r>
      <w:r w:rsidRPr="008A711B">
        <w:rPr>
          <w:rFonts w:ascii="Arial" w:hAnsi="Arial" w:cs="Arial"/>
          <w:color w:val="000000" w:themeColor="text1"/>
        </w:rPr>
        <w:t xml:space="preserve"> a death in the family, serious illness, </w:t>
      </w:r>
      <w:r w:rsidRPr="008A711B">
        <w:rPr>
          <w:rFonts w:ascii="Arial" w:hAnsi="Arial" w:cs="Arial"/>
          <w:color w:val="000000" w:themeColor="text1"/>
        </w:rPr>
        <w:t xml:space="preserve">or </w:t>
      </w:r>
      <w:r w:rsidRPr="008A711B">
        <w:rPr>
          <w:rFonts w:ascii="Arial" w:hAnsi="Arial" w:cs="Arial"/>
          <w:color w:val="000000" w:themeColor="text1"/>
        </w:rPr>
        <w:t>a house fire.</w:t>
      </w:r>
      <w:r w:rsidRPr="008A711B">
        <w:rPr>
          <w:rFonts w:ascii="Arial" w:hAnsi="Arial" w:cs="Arial"/>
          <w:color w:val="000000" w:themeColor="text1"/>
        </w:rPr>
        <w:t xml:space="preserve"> </w:t>
      </w:r>
      <w:r w:rsidR="00000000" w:rsidRPr="008A711B">
        <w:rPr>
          <w:rFonts w:ascii="Arial" w:hAnsi="Arial" w:cs="Arial"/>
          <w:color w:val="000000" w:themeColor="text1"/>
        </w:rPr>
        <w:t xml:space="preserve">If </w:t>
      </w:r>
      <w:r w:rsidR="00893545" w:rsidRPr="008A711B">
        <w:rPr>
          <w:rFonts w:ascii="Arial" w:hAnsi="Arial" w:cs="Arial"/>
          <w:color w:val="000000" w:themeColor="text1"/>
        </w:rPr>
        <w:t xml:space="preserve">an emergency or urgent circumstance arises requiring </w:t>
      </w:r>
      <w:r w:rsidR="00000000" w:rsidRPr="008A711B">
        <w:rPr>
          <w:rFonts w:ascii="Arial" w:hAnsi="Arial" w:cs="Arial"/>
          <w:color w:val="000000" w:themeColor="text1"/>
        </w:rPr>
        <w:t xml:space="preserve">either party to </w:t>
      </w:r>
      <w:r w:rsidR="00F765B7" w:rsidRPr="008A711B">
        <w:rPr>
          <w:rFonts w:ascii="Arial" w:hAnsi="Arial" w:cs="Arial"/>
          <w:color w:val="000000" w:themeColor="text1"/>
        </w:rPr>
        <w:t xml:space="preserve">cancel or </w:t>
      </w:r>
      <w:r w:rsidR="00000000" w:rsidRPr="008A711B">
        <w:rPr>
          <w:rFonts w:ascii="Arial" w:hAnsi="Arial" w:cs="Arial"/>
          <w:color w:val="000000" w:themeColor="text1"/>
        </w:rPr>
        <w:t xml:space="preserve">end the arrangement early, they agree to communicate promptly and, where possible, give notice so alternative arrangements can be made. </w:t>
      </w:r>
      <w:r w:rsidR="00F765B7" w:rsidRPr="008A711B">
        <w:rPr>
          <w:rFonts w:ascii="Arial" w:hAnsi="Arial" w:cs="Arial"/>
          <w:color w:val="000000" w:themeColor="text1"/>
        </w:rPr>
        <w:t xml:space="preserve"> </w:t>
      </w:r>
      <w:r w:rsidRPr="008A711B">
        <w:rPr>
          <w:rFonts w:ascii="Arial" w:hAnsi="Arial" w:cs="Arial"/>
          <w:color w:val="000000" w:themeColor="text1"/>
        </w:rPr>
        <w:br/>
      </w:r>
      <w:r w:rsidRPr="008A711B">
        <w:rPr>
          <w:rFonts w:ascii="Arial" w:hAnsi="Arial" w:cs="Arial"/>
          <w:color w:val="000000" w:themeColor="text1"/>
        </w:rPr>
        <w:br/>
      </w:r>
      <w:r w:rsidR="00000000" w:rsidRPr="008A711B">
        <w:rPr>
          <w:rFonts w:ascii="Arial" w:hAnsi="Arial" w:cs="Arial"/>
          <w:color w:val="000000" w:themeColor="text1"/>
        </w:rPr>
        <w:t>If there is an immediate safety concern, serious breach of this agreement or emergency, either party may end the arrangement immediately.</w:t>
      </w:r>
    </w:p>
    <w:p w14:paraId="44312AC9"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lastRenderedPageBreak/>
        <w:t>12. Final Check</w:t>
      </w:r>
    </w:p>
    <w:p w14:paraId="2D4336F7" w14:textId="47B87857" w:rsidR="00CA75F7" w:rsidRPr="008A711B" w:rsidRDefault="00000000">
      <w:pPr>
        <w:rPr>
          <w:rFonts w:ascii="Arial" w:hAnsi="Arial" w:cs="Arial"/>
          <w:color w:val="000000" w:themeColor="text1"/>
        </w:rPr>
      </w:pPr>
      <w:r w:rsidRPr="008A711B">
        <w:rPr>
          <w:rFonts w:ascii="Arial" w:hAnsi="Arial" w:cs="Arial"/>
          <w:color w:val="000000" w:themeColor="text1"/>
        </w:rPr>
        <w:t>Before the sit begins, both parties should make sure they have exchanged emergency contacts, pet-care instructions, arrival and departure details, and any other information needed for a successful sit.</w:t>
      </w:r>
    </w:p>
    <w:p w14:paraId="06A06253" w14:textId="77777777"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13. Agreement</w:t>
      </w:r>
    </w:p>
    <w:p w14:paraId="51E8AD4B" w14:textId="2CB43430" w:rsidR="00CA75F7" w:rsidRPr="008A711B" w:rsidRDefault="00000000">
      <w:pPr>
        <w:rPr>
          <w:rFonts w:ascii="Arial" w:hAnsi="Arial" w:cs="Arial"/>
          <w:color w:val="000000" w:themeColor="text1"/>
        </w:rPr>
      </w:pPr>
      <w:r w:rsidRPr="008A711B">
        <w:rPr>
          <w:rFonts w:ascii="Arial" w:hAnsi="Arial" w:cs="Arial"/>
          <w:color w:val="000000" w:themeColor="text1"/>
        </w:rPr>
        <w:t>By signing below, both parties confirm that they have discussed the arrangements and agree to the expectations described here. Any important changes should be agreed between the parties in writing.</w:t>
      </w:r>
    </w:p>
    <w:p w14:paraId="4A590E9C" w14:textId="77777777" w:rsidR="00E17BFB" w:rsidRPr="008A711B" w:rsidRDefault="00E17BFB">
      <w:pPr>
        <w:pStyle w:val="Heading1"/>
        <w:rPr>
          <w:rFonts w:ascii="Arial" w:hAnsi="Arial" w:cs="Arial"/>
          <w:color w:val="000000" w:themeColor="text1"/>
        </w:rPr>
      </w:pPr>
    </w:p>
    <w:p w14:paraId="664CF75A" w14:textId="150A61DD" w:rsidR="00CA75F7" w:rsidRPr="008A711B" w:rsidRDefault="00000000">
      <w:pPr>
        <w:pStyle w:val="Heading1"/>
        <w:rPr>
          <w:rFonts w:ascii="Arial" w:hAnsi="Arial" w:cs="Arial"/>
          <w:color w:val="000000" w:themeColor="text1"/>
        </w:rPr>
      </w:pPr>
      <w:r w:rsidRPr="008A711B">
        <w:rPr>
          <w:rFonts w:ascii="Arial" w:hAnsi="Arial" w:cs="Arial"/>
          <w:color w:val="000000" w:themeColor="text1"/>
        </w:rPr>
        <w:t>Signatures</w:t>
      </w:r>
    </w:p>
    <w:p w14:paraId="31BA211F" w14:textId="44753691" w:rsidR="00CA75F7" w:rsidRPr="008A711B" w:rsidRDefault="00000000">
      <w:pPr>
        <w:rPr>
          <w:rFonts w:ascii="Arial" w:hAnsi="Arial" w:cs="Arial"/>
          <w:color w:val="000000" w:themeColor="text1"/>
        </w:rPr>
      </w:pPr>
      <w:r w:rsidRPr="008A711B">
        <w:rPr>
          <w:rFonts w:ascii="Arial" w:hAnsi="Arial" w:cs="Arial"/>
          <w:color w:val="000000" w:themeColor="text1"/>
        </w:rPr>
        <w:t>Homeowner: _______________________</w:t>
      </w:r>
      <w:r w:rsidR="00F14AC9" w:rsidRPr="008A711B">
        <w:rPr>
          <w:rFonts w:ascii="Arial" w:hAnsi="Arial" w:cs="Arial"/>
          <w:color w:val="000000" w:themeColor="text1"/>
        </w:rPr>
        <w:t>______</w:t>
      </w:r>
      <w:r w:rsidRPr="008A711B">
        <w:rPr>
          <w:rFonts w:ascii="Arial" w:hAnsi="Arial" w:cs="Arial"/>
          <w:color w:val="000000" w:themeColor="text1"/>
        </w:rPr>
        <w:t>________  Date: ______________</w:t>
      </w:r>
      <w:r w:rsidRPr="008A711B">
        <w:rPr>
          <w:rFonts w:ascii="Arial" w:hAnsi="Arial" w:cs="Arial"/>
          <w:color w:val="000000" w:themeColor="text1"/>
        </w:rPr>
        <w:br/>
        <w:t xml:space="preserve">Homeowner: </w:t>
      </w:r>
      <w:r w:rsidR="00F14AC9" w:rsidRPr="008A711B">
        <w:rPr>
          <w:rFonts w:ascii="Arial" w:hAnsi="Arial" w:cs="Arial"/>
          <w:color w:val="000000" w:themeColor="text1"/>
        </w:rPr>
        <w:t xml:space="preserve">_____________________________________  </w:t>
      </w:r>
      <w:r w:rsidRPr="008A711B">
        <w:rPr>
          <w:rFonts w:ascii="Arial" w:hAnsi="Arial" w:cs="Arial"/>
          <w:color w:val="000000" w:themeColor="text1"/>
        </w:rPr>
        <w:t>Date: ______________</w:t>
      </w:r>
      <w:r w:rsidRPr="008A711B">
        <w:rPr>
          <w:rFonts w:ascii="Arial" w:hAnsi="Arial" w:cs="Arial"/>
          <w:color w:val="000000" w:themeColor="text1"/>
        </w:rPr>
        <w:br/>
      </w:r>
      <w:r w:rsidRPr="008A711B">
        <w:rPr>
          <w:rFonts w:ascii="Arial" w:hAnsi="Arial" w:cs="Arial"/>
          <w:color w:val="000000" w:themeColor="text1"/>
        </w:rPr>
        <w:br/>
        <w:t>House Sitter:</w:t>
      </w:r>
      <w:r w:rsidR="00715803" w:rsidRPr="008A711B">
        <w:rPr>
          <w:rFonts w:ascii="Arial" w:hAnsi="Arial" w:cs="Arial"/>
          <w:color w:val="000000" w:themeColor="text1"/>
        </w:rPr>
        <w:t xml:space="preserve"> </w:t>
      </w:r>
      <w:r w:rsidRPr="008A711B">
        <w:rPr>
          <w:rFonts w:ascii="Arial" w:hAnsi="Arial" w:cs="Arial"/>
          <w:color w:val="000000" w:themeColor="text1"/>
        </w:rPr>
        <w:t xml:space="preserve"> </w:t>
      </w:r>
      <w:r w:rsidR="00F14AC9" w:rsidRPr="008A711B">
        <w:rPr>
          <w:rFonts w:ascii="Arial" w:hAnsi="Arial" w:cs="Arial"/>
          <w:color w:val="000000" w:themeColor="text1"/>
        </w:rPr>
        <w:t xml:space="preserve">_____________________________________  </w:t>
      </w:r>
      <w:r w:rsidRPr="008A711B">
        <w:rPr>
          <w:rFonts w:ascii="Arial" w:hAnsi="Arial" w:cs="Arial"/>
          <w:color w:val="000000" w:themeColor="text1"/>
        </w:rPr>
        <w:t>Date: ______________</w:t>
      </w:r>
      <w:r w:rsidRPr="008A711B">
        <w:rPr>
          <w:rFonts w:ascii="Arial" w:hAnsi="Arial" w:cs="Arial"/>
          <w:color w:val="000000" w:themeColor="text1"/>
        </w:rPr>
        <w:br/>
        <w:t xml:space="preserve">House Sitter: </w:t>
      </w:r>
      <w:r w:rsidR="00715803" w:rsidRPr="008A711B">
        <w:rPr>
          <w:rFonts w:ascii="Arial" w:hAnsi="Arial" w:cs="Arial"/>
          <w:color w:val="000000" w:themeColor="text1"/>
        </w:rPr>
        <w:t xml:space="preserve"> </w:t>
      </w:r>
      <w:r w:rsidR="00F14AC9" w:rsidRPr="008A711B">
        <w:rPr>
          <w:rFonts w:ascii="Arial" w:hAnsi="Arial" w:cs="Arial"/>
          <w:color w:val="000000" w:themeColor="text1"/>
        </w:rPr>
        <w:t xml:space="preserve">_____________________________________  </w:t>
      </w:r>
      <w:r w:rsidRPr="008A711B">
        <w:rPr>
          <w:rFonts w:ascii="Arial" w:hAnsi="Arial" w:cs="Arial"/>
          <w:color w:val="000000" w:themeColor="text1"/>
        </w:rPr>
        <w:t>Date: ______________</w:t>
      </w:r>
    </w:p>
    <w:sectPr w:rsidR="00CA75F7" w:rsidRPr="008A711B" w:rsidSect="008A711B">
      <w:footerReference w:type="even" r:id="rId8"/>
      <w:footerReference w:type="default" r:id="rId9"/>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29D78" w14:textId="77777777" w:rsidR="00872A00" w:rsidRDefault="00872A00" w:rsidP="008A711B">
      <w:pPr>
        <w:spacing w:after="0" w:line="240" w:lineRule="auto"/>
      </w:pPr>
      <w:r>
        <w:separator/>
      </w:r>
    </w:p>
  </w:endnote>
  <w:endnote w:type="continuationSeparator" w:id="0">
    <w:p w14:paraId="47398F33" w14:textId="77777777" w:rsidR="00872A00" w:rsidRDefault="00872A00" w:rsidP="008A7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6315384"/>
      <w:docPartObj>
        <w:docPartGallery w:val="Page Numbers (Bottom of Page)"/>
        <w:docPartUnique/>
      </w:docPartObj>
    </w:sdtPr>
    <w:sdtContent>
      <w:p w14:paraId="344B9AA2" w14:textId="40AB5F63" w:rsidR="008A711B" w:rsidRDefault="008A711B" w:rsidP="004640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10B29B3" w14:textId="77777777" w:rsidR="008A711B" w:rsidRDefault="008A711B" w:rsidP="008A71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9091860"/>
      <w:docPartObj>
        <w:docPartGallery w:val="Page Numbers (Bottom of Page)"/>
        <w:docPartUnique/>
      </w:docPartObj>
    </w:sdtPr>
    <w:sdtContent>
      <w:p w14:paraId="68761C12" w14:textId="02352BA6" w:rsidR="008A711B" w:rsidRDefault="008A711B" w:rsidP="004640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56A7F5" w14:textId="77777777" w:rsidR="008A711B" w:rsidRDefault="008A711B" w:rsidP="008A71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1751C" w14:textId="77777777" w:rsidR="00872A00" w:rsidRDefault="00872A00" w:rsidP="008A711B">
      <w:pPr>
        <w:spacing w:after="0" w:line="240" w:lineRule="auto"/>
      </w:pPr>
      <w:r>
        <w:separator/>
      </w:r>
    </w:p>
  </w:footnote>
  <w:footnote w:type="continuationSeparator" w:id="0">
    <w:p w14:paraId="00C87560" w14:textId="77777777" w:rsidR="00872A00" w:rsidRDefault="00872A00" w:rsidP="008A7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E067EE9"/>
    <w:multiLevelType w:val="multilevel"/>
    <w:tmpl w:val="2BBE90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4462068">
    <w:abstractNumId w:val="8"/>
  </w:num>
  <w:num w:numId="2" w16cid:durableId="638845162">
    <w:abstractNumId w:val="6"/>
  </w:num>
  <w:num w:numId="3" w16cid:durableId="769010532">
    <w:abstractNumId w:val="5"/>
  </w:num>
  <w:num w:numId="4" w16cid:durableId="105731522">
    <w:abstractNumId w:val="4"/>
  </w:num>
  <w:num w:numId="5" w16cid:durableId="1414276925">
    <w:abstractNumId w:val="7"/>
  </w:num>
  <w:num w:numId="6" w16cid:durableId="148323960">
    <w:abstractNumId w:val="3"/>
  </w:num>
  <w:num w:numId="7" w16cid:durableId="473257060">
    <w:abstractNumId w:val="2"/>
  </w:num>
  <w:num w:numId="8" w16cid:durableId="937174296">
    <w:abstractNumId w:val="1"/>
  </w:num>
  <w:num w:numId="9" w16cid:durableId="231088255">
    <w:abstractNumId w:val="0"/>
  </w:num>
  <w:num w:numId="10" w16cid:durableId="155978348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AB0"/>
    <w:rsid w:val="0015074B"/>
    <w:rsid w:val="001E4B97"/>
    <w:rsid w:val="0029639D"/>
    <w:rsid w:val="003006A1"/>
    <w:rsid w:val="00326F90"/>
    <w:rsid w:val="00352B11"/>
    <w:rsid w:val="003E410F"/>
    <w:rsid w:val="00426911"/>
    <w:rsid w:val="00433545"/>
    <w:rsid w:val="00482654"/>
    <w:rsid w:val="00542191"/>
    <w:rsid w:val="00674ACF"/>
    <w:rsid w:val="006F1C95"/>
    <w:rsid w:val="00715803"/>
    <w:rsid w:val="007860A4"/>
    <w:rsid w:val="00872A00"/>
    <w:rsid w:val="00893545"/>
    <w:rsid w:val="008A711B"/>
    <w:rsid w:val="008E7330"/>
    <w:rsid w:val="00A23980"/>
    <w:rsid w:val="00A52C99"/>
    <w:rsid w:val="00A539C7"/>
    <w:rsid w:val="00AA1D8D"/>
    <w:rsid w:val="00AF349B"/>
    <w:rsid w:val="00B47730"/>
    <w:rsid w:val="00C63795"/>
    <w:rsid w:val="00CA2A1A"/>
    <w:rsid w:val="00CA75F7"/>
    <w:rsid w:val="00CB0664"/>
    <w:rsid w:val="00E03738"/>
    <w:rsid w:val="00E17BFB"/>
    <w:rsid w:val="00E76893"/>
    <w:rsid w:val="00ED305C"/>
    <w:rsid w:val="00EE1CE7"/>
    <w:rsid w:val="00F14AC9"/>
    <w:rsid w:val="00F35EA6"/>
    <w:rsid w:val="00F765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72EC0"/>
  <w14:defaultImageDpi w14:val="300"/>
  <w15:docId w15:val="{CD8EFB5C-1C4F-5448-A13C-BEAD2643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8A7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alexandragordon</cp:lastModifiedBy>
  <cp:revision>2</cp:revision>
  <cp:lastPrinted>2026-08-25T22:35:00Z</cp:lastPrinted>
  <dcterms:created xsi:type="dcterms:W3CDTF">2026-09-20T00:32:00Z</dcterms:created>
  <dcterms:modified xsi:type="dcterms:W3CDTF">2026-09-20T00:32:00Z</dcterms:modified>
  <cp:category/>
</cp:coreProperties>
</file>